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260691A" w14:textId="719AE681" w:rsidR="00323A16" w:rsidRPr="0074045E" w:rsidRDefault="0074045E" w:rsidP="00DC468C">
      <w:pPr>
        <w:pStyle w:val="StaKaRcksendeangabe"/>
        <w:suppressAutoHyphens/>
        <w:spacing w:before="1020"/>
        <w:rPr>
          <w:spacing w:val="-2"/>
        </w:rPr>
      </w:pPr>
      <w:proofErr w:type="spellStart"/>
      <w:r w:rsidRPr="0074045E">
        <w:rPr>
          <w:spacing w:val="-2"/>
        </w:rPr>
        <w:t>Stadtkapelle</w:t>
      </w:r>
      <w:proofErr w:type="spellEnd"/>
      <w:r w:rsidRPr="0074045E">
        <w:rPr>
          <w:spacing w:val="-2"/>
        </w:rPr>
        <w:t xml:space="preserve"> Memmingen e.V. | </w:t>
      </w:r>
      <w:proofErr w:type="spellStart"/>
      <w:r w:rsidRPr="0074045E">
        <w:rPr>
          <w:spacing w:val="-2"/>
        </w:rPr>
        <w:t>Friedhofweg</w:t>
      </w:r>
      <w:proofErr w:type="spellEnd"/>
      <w:r w:rsidRPr="0074045E">
        <w:rPr>
          <w:spacing w:val="-2"/>
        </w:rPr>
        <w:t xml:space="preserve"> 9 | 87700 Memmingen</w:t>
      </w:r>
    </w:p>
    <w:p w14:paraId="07ACF200" w14:textId="77777777" w:rsidR="00323A16" w:rsidRDefault="00000000" w:rsidP="00B26213">
      <w:pPr>
        <w:pStyle w:val="StaKaAnschrift"/>
        <w:suppressAutoHyphens/>
        <w:spacing w:after="564"/>
      </w:pPr>
      <w:r>
        <w:t>Herrn</w:t>
      </w:r>
      <w:r>
        <w:br/>
        <w:t>Max Mustermann</w:t>
      </w:r>
      <w:r>
        <w:br/>
      </w:r>
      <w:proofErr w:type="spellStart"/>
      <w:r>
        <w:t>Beispielverein</w:t>
      </w:r>
      <w:proofErr w:type="spellEnd"/>
      <w:r>
        <w:t xml:space="preserve"> Memmingen e. V.</w:t>
      </w:r>
      <w:r>
        <w:br/>
        <w:t>Musterstraße 10</w:t>
      </w:r>
      <w:r>
        <w:br/>
        <w:t>87700 Memmingen</w:t>
      </w:r>
    </w:p>
    <w:p w14:paraId="10CC9E87" w14:textId="77777777" w:rsidR="00323A16" w:rsidRDefault="00000000">
      <w:pPr>
        <w:pStyle w:val="StaKaDatum"/>
        <w:suppressAutoHyphens/>
        <w:jc w:val="right"/>
      </w:pPr>
      <w:r>
        <w:t>Memmingen, 4. September 2026</w:t>
      </w:r>
    </w:p>
    <w:p w14:paraId="14EA612F" w14:textId="77777777" w:rsidR="00323A16" w:rsidRDefault="00000000">
      <w:pPr>
        <w:pStyle w:val="StaKaBetreff"/>
        <w:suppressAutoHyphens/>
      </w:pPr>
      <w:r>
        <w:t>Beispielbetreff für das Schreiben</w:t>
      </w:r>
    </w:p>
    <w:p w14:paraId="7E9F0E21" w14:textId="77777777" w:rsidR="00323A16" w:rsidRDefault="00000000">
      <w:pPr>
        <w:pStyle w:val="StaKaAnrede"/>
        <w:suppressAutoHyphens/>
      </w:pPr>
      <w:r>
        <w:t>Sehr geehrter Herr Mustermann,</w:t>
      </w:r>
    </w:p>
    <w:p w14:paraId="36EE01D3" w14:textId="77777777" w:rsidR="00323A16" w:rsidRDefault="00000000">
      <w:pPr>
        <w:pStyle w:val="StaKaBrieftext"/>
        <w:suppressAutoHyphens/>
      </w:pPr>
      <w:r>
        <w:t>vielen Dank für Ihr Interesse an der Stadtkapelle Memmingen. Dieser Beispieltext zeigt, an welcher Stelle der eigentliche Brieftext beginnt. Markieren Sie die Beispielangaben einfach und ersetzen Sie sie durch Ihren eigenen Text.</w:t>
      </w:r>
    </w:p>
    <w:p w14:paraId="63C8BC77" w14:textId="77777777" w:rsidR="00323A16" w:rsidRDefault="00000000">
      <w:pPr>
        <w:pStyle w:val="StaKaBrieftext"/>
        <w:suppressAutoHyphens/>
      </w:pPr>
      <w:r>
        <w:t xml:space="preserve">Ein weiterer Absatz beginnt mit dem vorgesehenen Abstand. So </w:t>
      </w:r>
      <w:proofErr w:type="spellStart"/>
      <w:r>
        <w:t>bleibt</w:t>
      </w:r>
      <w:proofErr w:type="spellEnd"/>
      <w:r>
        <w:t xml:space="preserve"> das </w:t>
      </w:r>
      <w:proofErr w:type="spellStart"/>
      <w:r>
        <w:t>Schreiben</w:t>
      </w:r>
      <w:proofErr w:type="spellEnd"/>
      <w:r>
        <w:t xml:space="preserve"> </w:t>
      </w:r>
      <w:proofErr w:type="spellStart"/>
      <w:r>
        <w:t>übersichtlich</w:t>
      </w:r>
      <w:proofErr w:type="spellEnd"/>
      <w:r>
        <w:t xml:space="preserve"> und </w:t>
      </w:r>
      <w:proofErr w:type="spellStart"/>
      <w:r>
        <w:t>lässt</w:t>
      </w:r>
      <w:proofErr w:type="spellEnd"/>
      <w:r>
        <w:t xml:space="preserve"> </w:t>
      </w:r>
      <w:proofErr w:type="spellStart"/>
      <w:r>
        <w:t>sich</w:t>
      </w:r>
      <w:proofErr w:type="spellEnd"/>
      <w:r>
        <w:t xml:space="preserve"> </w:t>
      </w:r>
      <w:proofErr w:type="spellStart"/>
      <w:r>
        <w:t>ohne</w:t>
      </w:r>
      <w:proofErr w:type="spellEnd"/>
      <w:r>
        <w:t xml:space="preserve"> </w:t>
      </w:r>
      <w:proofErr w:type="spellStart"/>
      <w:r>
        <w:t>zusätzliche</w:t>
      </w:r>
      <w:proofErr w:type="spellEnd"/>
      <w:r>
        <w:t xml:space="preserve"> </w:t>
      </w:r>
      <w:proofErr w:type="spellStart"/>
      <w:r>
        <w:t>Formatierung</w:t>
      </w:r>
      <w:proofErr w:type="spellEnd"/>
      <w:r>
        <w:t xml:space="preserve"> </w:t>
      </w:r>
      <w:proofErr w:type="spellStart"/>
      <w:r>
        <w:t>direkt</w:t>
      </w:r>
      <w:proofErr w:type="spellEnd"/>
      <w:r>
        <w:t xml:space="preserve"> </w:t>
      </w:r>
      <w:proofErr w:type="spellStart"/>
      <w:r>
        <w:t>weiterbearbeiten</w:t>
      </w:r>
      <w:proofErr w:type="spellEnd"/>
      <w:r>
        <w:t>.</w:t>
      </w:r>
    </w:p>
    <w:p w14:paraId="68351D88" w14:textId="4401A156" w:rsidR="00323A16" w:rsidRDefault="00000000" w:rsidP="00B444FE">
      <w:pPr>
        <w:pStyle w:val="StaKaGruformel"/>
        <w:suppressAutoHyphens/>
      </w:pPr>
      <w:r>
        <w:t xml:space="preserve">Mit </w:t>
      </w:r>
      <w:proofErr w:type="spellStart"/>
      <w:r>
        <w:t>freundlichen</w:t>
      </w:r>
      <w:proofErr w:type="spellEnd"/>
      <w:r>
        <w:t xml:space="preserve"> </w:t>
      </w:r>
      <w:proofErr w:type="spellStart"/>
      <w:r>
        <w:t>Grüßen</w:t>
      </w:r>
      <w:proofErr w:type="spellEnd"/>
    </w:p>
    <w:p w14:paraId="53460B52" w14:textId="77777777" w:rsidR="00323A16" w:rsidRDefault="00000000">
      <w:pPr>
        <w:pStyle w:val="StaKaUnterschrift"/>
        <w:suppressAutoHyphens/>
      </w:pPr>
      <w:r>
        <w:rPr>
          <w:b/>
        </w:rPr>
        <w:t>Vorname Nachname</w:t>
      </w:r>
    </w:p>
    <w:p w14:paraId="412D3356" w14:textId="77777777" w:rsidR="00323A16" w:rsidRDefault="00000000">
      <w:pPr>
        <w:pStyle w:val="StaKaUnterschrift"/>
        <w:suppressAutoHyphens/>
      </w:pPr>
      <w:proofErr w:type="spellStart"/>
      <w:r>
        <w:t>Funktion</w:t>
      </w:r>
      <w:proofErr w:type="spellEnd"/>
    </w:p>
    <w:sectPr w:rsidR="00323A16" w:rsidSect="00034616">
      <w:headerReference w:type="default" r:id="rId8"/>
      <w:footerReference w:type="default" r:id="rId9"/>
      <w:headerReference w:type="first" r:id="rId10"/>
      <w:footerReference w:type="first" r:id="rId11"/>
      <w:pgSz w:w="11906" w:h="16838"/>
      <w:pgMar w:top="1814" w:right="1134" w:bottom="1587" w:left="1134" w:header="0" w:footer="65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1AFAD54" w14:textId="77777777" w:rsidR="00A44543" w:rsidRDefault="00A44543">
      <w:pPr>
        <w:spacing w:after="0"/>
      </w:pPr>
      <w:r>
        <w:separator/>
      </w:r>
    </w:p>
  </w:endnote>
  <w:endnote w:type="continuationSeparator" w:id="0">
    <w:p w14:paraId="2429C804" w14:textId="77777777" w:rsidR="00A44543" w:rsidRDefault="00A445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FB34B40" w14:textId="77777777" w:rsidR="00323A16" w:rsidRDefault="00000000">
    <w:pPr>
      <w:pStyle w:val="Fuzeile"/>
      <w:spacing w:after="168" w:line="168" w:lineRule="exact"/>
      <w:jc w:val="right"/>
    </w:pPr>
    <w:proofErr w:type="spellStart"/>
    <w:r>
      <w:rPr>
        <w:color w:val="4D4D4D"/>
        <w:sz w:val="14"/>
      </w:rPr>
      <w:t>Seite</w:t>
    </w:r>
    <w:proofErr w:type="spellEnd"/>
    <w:r>
      <w:rPr>
        <w:color w:val="4D4D4D"/>
        <w:sz w:val="14"/>
      </w:rPr>
      <w:t xml:space="preserve"> </w:t>
    </w:r>
    <w:r>
      <w:rPr>
        <w:color w:val="4D4D4D"/>
        <w:sz w:val="14"/>
      </w:rPr>
      <w:fldChar w:fldCharType="begin"/>
    </w:r>
    <w:r>
      <w:rPr>
        <w:color w:val="4D4D4D"/>
        <w:sz w:val="14"/>
      </w:rPr>
      <w:instrText xml:space="preserve"> PAGE </w:instrText>
    </w:r>
    <w:r>
      <w:rPr>
        <w:color w:val="4D4D4D"/>
        <w:sz w:val="14"/>
      </w:rPr>
      <w:fldChar w:fldCharType="separate"/>
    </w:r>
    <w:r>
      <w:rPr>
        <w:color w:val="4D4D4D"/>
        <w:sz w:val="14"/>
      </w:rPr>
      <w:t>2</w:t>
    </w:r>
    <w:r>
      <w:rPr>
        <w:color w:val="4D4D4D"/>
        <w:sz w:val="1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210E48" w14:textId="0324E795" w:rsidR="00323A16" w:rsidRDefault="005D0B0F">
    <w:pPr>
      <w:pStyle w:val="Fuzeile"/>
      <w:spacing w:line="168" w:lineRule="exact"/>
      <w:jc w:val="right"/>
    </w:pPr>
    <w:r>
      <w:rPr>
        <w:noProof/>
      </w:rPr>
      <mc:AlternateContent>
        <mc:Choice Requires="wps">
          <w:drawing>
            <wp:anchor distT="0" distB="0" distL="114300" distR="114300" simplePos="0" relativeHeight="251665408" behindDoc="0" locked="0" layoutInCell="1" allowOverlap="1" wp14:anchorId="328BB140" wp14:editId="4A3A09D8">
              <wp:simplePos x="0" y="0"/>
              <wp:positionH relativeFrom="page">
                <wp:posOffset>0</wp:posOffset>
              </wp:positionH>
              <wp:positionV relativeFrom="page">
                <wp:posOffset>7560945</wp:posOffset>
              </wp:positionV>
              <wp:extent cx="288000" cy="0"/>
              <wp:effectExtent l="0" t="0" r="17145" b="12700"/>
              <wp:wrapNone/>
              <wp:docPr id="1365846530" name="Gerader Verbinder 4"/>
              <wp:cNvGraphicFramePr/>
              <a:graphic xmlns:a="http://schemas.openxmlformats.org/drawingml/2006/main">
                <a:graphicData uri="http://schemas.microsoft.com/office/word/2010/wordprocessingShape">
                  <wps:wsp>
                    <wps:cNvCnPr/>
                    <wps:spPr>
                      <a:xfrm>
                        <a:off x="0" y="0"/>
                        <a:ext cx="288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3507E71" id="Gerader Verbinder 4" o:spid="_x0000_s1026" style="position:absolute;z-index:25166540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595.35pt" to="22.7pt,595.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" strokecolor="black [3040]" strokeweight=".25pt">
              <w10:wrap anchorx="page" anchory="page"/>
            </v:line>
          </w:pict>
        </mc:Fallback>
      </mc:AlternateContent>
    </w:r>
    <w:r>
      <w:rPr>
        <w:noProof/>
      </w:rPr>
      <mc:AlternateContent>
        <mc:Choice Requires="wps">
          <w:drawing>
            <wp:anchor distT="0" distB="0" distL="114300" distR="114300" simplePos="0" relativeHeight="251663360" behindDoc="0" locked="0" layoutInCell="1" allowOverlap="1" wp14:anchorId="53A8D97B" wp14:editId="2C90CDF5">
              <wp:simplePos x="0" y="0"/>
              <wp:positionH relativeFrom="page">
                <wp:posOffset>0</wp:posOffset>
              </wp:positionH>
              <wp:positionV relativeFrom="page">
                <wp:posOffset>5346700</wp:posOffset>
              </wp:positionV>
              <wp:extent cx="360000" cy="0"/>
              <wp:effectExtent l="0" t="0" r="8890" b="12700"/>
              <wp:wrapNone/>
              <wp:docPr id="1770457767" name="Gerader Verbinder 4"/>
              <wp:cNvGraphicFramePr/>
              <a:graphic xmlns:a="http://schemas.openxmlformats.org/drawingml/2006/main">
                <a:graphicData uri="http://schemas.microsoft.com/office/word/2010/wordprocessingShape">
                  <wps:wsp>
                    <wps:cNvCnPr/>
                    <wps:spPr>
                      <a:xfrm>
                        <a:off x="0" y="0"/>
                        <a:ext cx="360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01D4B30" id="Gerader Verbinder 4"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1pt" to="28.35pt,42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" strokecolor="black [3040]" strokeweight=".25pt">
              <w10:wrap anchorx="page" anchory="page"/>
            </v:line>
          </w:pict>
        </mc:Fallback>
      </mc:AlternateContent>
    </w:r>
    <w:proofErr w:type="spellStart"/>
    <w:r>
      <w:rPr>
        <w:color w:val="4D4D4D"/>
        <w:sz w:val="14"/>
      </w:rPr>
      <w:t>Vorsitzende</w:t>
    </w:r>
    <w:proofErr w:type="spellEnd"/>
    <w:r>
      <w:rPr>
        <w:color w:val="4D4D4D"/>
        <w:sz w:val="14"/>
      </w:rPr>
      <w:t>: Anna Bruscha, Florian Mohr, Nicolas John</w:t>
    </w:r>
    <w:r>
      <w:rPr>
        <w:color w:val="4D4D4D"/>
        <w:sz w:val="14"/>
      </w:rPr>
      <w:br/>
      <w:t>Sparkasse Memmingen DE04 7315 0000 0430 1142 07 • BIC: BYLADEM1MLM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ECA32F1" w14:textId="77777777" w:rsidR="00A44543" w:rsidRDefault="00A44543">
      <w:pPr>
        <w:spacing w:after="0"/>
      </w:pPr>
      <w:r>
        <w:separator/>
      </w:r>
    </w:p>
  </w:footnote>
  <w:footnote w:type="continuationSeparator" w:id="0">
    <w:p w14:paraId="55D2A1B1" w14:textId="77777777" w:rsidR="00A44543" w:rsidRDefault="00A4454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0DC087E" w14:textId="77777777" w:rsidR="00323A16" w:rsidRDefault="00000000">
    <w:pPr>
      <w:pStyle w:val="Kopfzeile"/>
    </w:pPr>
    <w:r>
      <w:rPr>
        <w:noProof/>
      </w:rPr>
      <w:drawing>
        <wp:anchor distT="0" distB="0" distL="0" distR="0" simplePos="0" relativeHeight="251658240" behindDoc="1" locked="1" layoutInCell="1" allowOverlap="1" wp14:anchorId="12C5EF3A" wp14:editId="4F9239F5">
          <wp:simplePos x="0" y="0"/>
          <wp:positionH relativeFrom="page">
            <wp:posOffset>1270</wp:posOffset>
          </wp:positionH>
          <wp:positionV relativeFrom="page">
            <wp:posOffset>0</wp:posOffset>
          </wp:positionV>
          <wp:extent cx="7557135" cy="10691495"/>
          <wp:effectExtent l="0" t="0" r="0" b="1905"/>
          <wp:wrapNone/>
          <wp:docPr id="1" name="StaKa Briefpapier ab Seit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Ka Briefpapier ab Seite 2"/>
                  <pic:cNvPicPr/>
                </pic:nvPicPr>
                <pic:blipFill>
                  <a:blip r:embed="rId1">
                    <a:extLst>
                      <a:ext uri="{96DAC541-7B7A-43D3-8B79-37D633B846F1}">
                        <asvg:svgBlip xmlns:asvg="http://schemas.microsoft.com/office/drawing/2016/SVG/main" r:embed="rId2"/>
                      </a:ext>
                    </a:extLst>
                  </a:blip>
                  <a:stretch>
                    <a:fillRect/>
                  </a:stretch>
                </pic:blipFill>
                <pic:spPr>
                  <a:xfrm>
                    <a:off x="0" y="0"/>
                    <a:ext cx="7557135" cy="1069149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215A7A" w14:textId="27911023" w:rsidR="00323A16" w:rsidRDefault="005D0B0F">
    <w:pPr>
      <w:pStyle w:val="Kopfzeile"/>
    </w:pPr>
    <w:r>
      <w:rPr>
        <w:noProof/>
      </w:rPr>
      <mc:AlternateContent>
        <mc:Choice Requires="wps">
          <w:drawing>
            <wp:anchor distT="0" distB="0" distL="114300" distR="114300" simplePos="0" relativeHeight="251661312" behindDoc="0" locked="0" layoutInCell="1" allowOverlap="1" wp14:anchorId="3CDED098" wp14:editId="6E401C76">
              <wp:simplePos x="0" y="0"/>
              <wp:positionH relativeFrom="page">
                <wp:posOffset>0</wp:posOffset>
              </wp:positionH>
              <wp:positionV relativeFrom="page">
                <wp:posOffset>3780790</wp:posOffset>
              </wp:positionV>
              <wp:extent cx="288000" cy="0"/>
              <wp:effectExtent l="0" t="0" r="17145" b="12700"/>
              <wp:wrapNone/>
              <wp:docPr id="1476097396" name="Gerader Verbinder 4"/>
              <wp:cNvGraphicFramePr/>
              <a:graphic xmlns:a="http://schemas.openxmlformats.org/drawingml/2006/main">
                <a:graphicData uri="http://schemas.microsoft.com/office/word/2010/wordprocessingShape">
                  <wps:wsp>
                    <wps:cNvCnPr/>
                    <wps:spPr>
                      <a:xfrm>
                        <a:off x="0" y="0"/>
                        <a:ext cx="288000" cy="0"/>
                      </a:xfrm>
                      <a:prstGeom prst="line">
                        <a:avLst/>
                      </a:prstGeom>
                      <a:ln w="317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E383D29" id="Gerader Verbinder 4"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97.7pt" to="22.7pt,29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" strokecolor="black [3040]" strokeweight=".25pt">
              <w10:wrap anchorx="page" anchory="page"/>
            </v:line>
          </w:pict>
        </mc:Fallback>
      </mc:AlternateContent>
    </w:r>
    <w:r>
      <w:rPr>
        <w:noProof/>
      </w:rPr>
      <w:drawing>
        <wp:anchor distT="0" distB="0" distL="0" distR="0" simplePos="0" relativeHeight="251659264" behindDoc="1" locked="1" layoutInCell="1" allowOverlap="1" wp14:anchorId="52215EEC" wp14:editId="149D44DE">
          <wp:simplePos x="0" y="0"/>
          <wp:positionH relativeFrom="page">
            <wp:posOffset>516890</wp:posOffset>
          </wp:positionH>
          <wp:positionV relativeFrom="page">
            <wp:posOffset>0</wp:posOffset>
          </wp:positionV>
          <wp:extent cx="7039610" cy="10691495"/>
          <wp:effectExtent l="0" t="0" r="0" b="1905"/>
          <wp:wrapNone/>
          <wp:docPr id="1713960582" name="StaKa Briefpapier Seit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60582" name="StaKa Briefpapier Seite 1"/>
                  <pic:cNvPicPr/>
                </pic:nvPicPr>
                <pic:blipFill rotWithShape="1">
                  <a:blip r:embed="rId1">
                    <a:extLst>
                      <a:ext uri="{96DAC541-7B7A-43D3-8B79-37D633B846F1}">
                        <asvg:svgBlip xmlns:asvg="http://schemas.microsoft.com/office/drawing/2016/SVG/main" r:embed="rId2"/>
                      </a:ext>
                    </a:extLst>
                  </a:blip>
                  <a:srcRect l="6846"/>
                  <a:stretch>
                    <a:fillRect/>
                  </a:stretch>
                </pic:blipFill>
                <pic:spPr bwMode="auto">
                  <a:xfrm>
                    <a:off x="0" y="0"/>
                    <a:ext cx="7039610" cy="106914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numm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numm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Aufzhlungszeich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Aufzhlungszeich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numm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ufzhlungszeichen"/>
      <w:lvlText w:val=""/>
      <w:lvlJc w:val="left"/>
      <w:pPr>
        <w:tabs>
          <w:tab w:val="num" w:pos="360"/>
        </w:tabs>
        <w:ind w:left="360" w:hanging="360"/>
      </w:pPr>
      <w:rPr>
        <w:rFonts w:ascii="Symbol" w:hAnsi="Symbol" w:hint="default"/>
      </w:rPr>
    </w:lvl>
  </w:abstractNum>
  <w:num w:numId="1" w16cid:durableId="492793701">
    <w:abstractNumId w:val="8"/>
  </w:num>
  <w:num w:numId="2" w16cid:durableId="1105731826">
    <w:abstractNumId w:val="6"/>
  </w:num>
  <w:num w:numId="3" w16cid:durableId="569659933">
    <w:abstractNumId w:val="5"/>
  </w:num>
  <w:num w:numId="4" w16cid:durableId="1410226861">
    <w:abstractNumId w:val="4"/>
  </w:num>
  <w:num w:numId="5" w16cid:durableId="1781949770">
    <w:abstractNumId w:val="7"/>
  </w:num>
  <w:num w:numId="6" w16cid:durableId="1218667468">
    <w:abstractNumId w:val="3"/>
  </w:num>
  <w:num w:numId="7" w16cid:durableId="639920171">
    <w:abstractNumId w:val="2"/>
  </w:num>
  <w:num w:numId="8" w16cid:durableId="1034845497">
    <w:abstractNumId w:val="1"/>
  </w:num>
  <w:num w:numId="9" w16cid:durableId="178946704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9"/>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802C4"/>
    <w:rsid w:val="00103C84"/>
    <w:rsid w:val="00123977"/>
    <w:rsid w:val="0015074B"/>
    <w:rsid w:val="00281A12"/>
    <w:rsid w:val="0029639D"/>
    <w:rsid w:val="00323A16"/>
    <w:rsid w:val="00326F90"/>
    <w:rsid w:val="003502DB"/>
    <w:rsid w:val="003743A2"/>
    <w:rsid w:val="004706F9"/>
    <w:rsid w:val="005D0B0F"/>
    <w:rsid w:val="00646D42"/>
    <w:rsid w:val="00667D0D"/>
    <w:rsid w:val="0074045E"/>
    <w:rsid w:val="007A6E90"/>
    <w:rsid w:val="0091583E"/>
    <w:rsid w:val="00A44543"/>
    <w:rsid w:val="00AA1D8D"/>
    <w:rsid w:val="00AB77C4"/>
    <w:rsid w:val="00AF0208"/>
    <w:rsid w:val="00B07648"/>
    <w:rsid w:val="00B26213"/>
    <w:rsid w:val="00B444FE"/>
    <w:rsid w:val="00B47730"/>
    <w:rsid w:val="00CB0664"/>
    <w:rsid w:val="00DC468C"/>
    <w:rsid w:val="00E66E0E"/>
    <w:rsid w:val="00F630E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C8E5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C693F"/>
    <w:pPr>
      <w:spacing w:after="160" w:line="240" w:lineRule="auto"/>
    </w:pPr>
    <w:rPr>
      <w:rFonts w:ascii="Arial" w:eastAsia="Arial" w:hAnsi="Arial" w:cs="Arial"/>
      <w:color w:val="000000"/>
    </w:rPr>
  </w:style>
  <w:style w:type="paragraph" w:styleId="berschrift1">
    <w:name w:val="heading 1"/>
    <w:basedOn w:val="Standard"/>
    <w:next w:val="Standard"/>
    <w:link w:val="berschrift1Zchn"/>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erschrift2">
    <w:name w:val="heading 2"/>
    <w:basedOn w:val="Standard"/>
    <w:next w:val="Standard"/>
    <w:link w:val="berschrift2Zchn"/>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erschrift3">
    <w:name w:val="heading 3"/>
    <w:basedOn w:val="Standard"/>
    <w:next w:val="Standard"/>
    <w:link w:val="berschrift3Zchn"/>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erschrift4">
    <w:name w:val="heading 4"/>
    <w:basedOn w:val="Standard"/>
    <w:next w:val="Standard"/>
    <w:link w:val="berschrift4Zchn"/>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erschrift9">
    <w:name w:val="heading 9"/>
    <w:basedOn w:val="Standard"/>
    <w:next w:val="Standard"/>
    <w:link w:val="berschrift9Zchn"/>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E618BF"/>
    <w:pPr>
      <w:tabs>
        <w:tab w:val="center" w:pos="4680"/>
        <w:tab w:val="right" w:pos="9360"/>
      </w:tabs>
      <w:spacing w:after="0"/>
    </w:pPr>
  </w:style>
  <w:style w:type="character" w:customStyle="1" w:styleId="KopfzeileZchn">
    <w:name w:val="Kopfzeile Zchn"/>
    <w:basedOn w:val="Absatz-Standardschriftart"/>
    <w:link w:val="Kopfzeile"/>
    <w:uiPriority w:val="99"/>
    <w:rsid w:val="00E618BF"/>
  </w:style>
  <w:style w:type="paragraph" w:styleId="Fuzeile">
    <w:name w:val="footer"/>
    <w:basedOn w:val="Standard"/>
    <w:link w:val="FuzeileZchn"/>
    <w:uiPriority w:val="99"/>
    <w:unhideWhenUsed/>
    <w:rsid w:val="00E618BF"/>
    <w:pPr>
      <w:tabs>
        <w:tab w:val="center" w:pos="4680"/>
        <w:tab w:val="right" w:pos="9360"/>
      </w:tabs>
      <w:spacing w:after="0"/>
    </w:pPr>
  </w:style>
  <w:style w:type="character" w:customStyle="1" w:styleId="FuzeileZchn">
    <w:name w:val="Fußzeile Zchn"/>
    <w:basedOn w:val="Absatz-Standardschriftart"/>
    <w:link w:val="Fuzeile"/>
    <w:uiPriority w:val="99"/>
    <w:rsid w:val="00E618BF"/>
  </w:style>
  <w:style w:type="paragraph" w:styleId="KeinLeerraum">
    <w:name w:val="No Spacing"/>
    <w:uiPriority w:val="1"/>
    <w:qFormat/>
    <w:rsid w:val="00FC693F"/>
    <w:pPr>
      <w:spacing w:after="0" w:line="240" w:lineRule="auto"/>
    </w:pPr>
  </w:style>
  <w:style w:type="character" w:customStyle="1" w:styleId="berschrift1Zchn">
    <w:name w:val="Überschrift 1 Zchn"/>
    <w:basedOn w:val="Absatz-Standardschriftart"/>
    <w:link w:val="berschrift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erschrift2Zchn">
    <w:name w:val="Überschrift 2 Zchn"/>
    <w:basedOn w:val="Absatz-Standardschriftart"/>
    <w:link w:val="berschrift2"/>
    <w:uiPriority w:val="9"/>
    <w:rsid w:val="00FC693F"/>
    <w:rPr>
      <w:rFonts w:asciiTheme="majorHAnsi" w:eastAsiaTheme="majorEastAsia" w:hAnsiTheme="majorHAnsi" w:cstheme="majorBidi"/>
      <w:b/>
      <w:bCs/>
      <w:color w:val="4F81BD" w:themeColor="accent1"/>
      <w:sz w:val="26"/>
      <w:szCs w:val="26"/>
    </w:rPr>
  </w:style>
  <w:style w:type="character" w:customStyle="1" w:styleId="berschrift3Zchn">
    <w:name w:val="Überschrift 3 Zchn"/>
    <w:basedOn w:val="Absatz-Standardschriftart"/>
    <w:link w:val="berschrift3"/>
    <w:uiPriority w:val="9"/>
    <w:rsid w:val="00FC693F"/>
    <w:rPr>
      <w:rFonts w:asciiTheme="majorHAnsi" w:eastAsiaTheme="majorEastAsia" w:hAnsiTheme="majorHAnsi" w:cstheme="majorBidi"/>
      <w:b/>
      <w:bCs/>
      <w:color w:val="4F81BD" w:themeColor="accent1"/>
    </w:rPr>
  </w:style>
  <w:style w:type="paragraph" w:styleId="Titel">
    <w:name w:val="Title"/>
    <w:basedOn w:val="Standard"/>
    <w:next w:val="Standard"/>
    <w:link w:val="TitelZchn"/>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elZchn">
    <w:name w:val="Titel Zchn"/>
    <w:basedOn w:val="Absatz-Standardschriftart"/>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Untertitel">
    <w:name w:val="Subtitle"/>
    <w:basedOn w:val="Standard"/>
    <w:next w:val="Standard"/>
    <w:link w:val="UntertitelZchn"/>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UntertitelZchn">
    <w:name w:val="Untertitel Zchn"/>
    <w:basedOn w:val="Absatz-Standardschriftart"/>
    <w:link w:val="Untertitel"/>
    <w:uiPriority w:val="11"/>
    <w:rsid w:val="00FC693F"/>
    <w:rPr>
      <w:rFonts w:asciiTheme="majorHAnsi" w:eastAsiaTheme="majorEastAsia" w:hAnsiTheme="majorHAnsi" w:cstheme="majorBidi"/>
      <w:i/>
      <w:iCs/>
      <w:color w:val="4F81BD" w:themeColor="accent1"/>
      <w:spacing w:val="15"/>
      <w:sz w:val="24"/>
      <w:szCs w:val="24"/>
    </w:rPr>
  </w:style>
  <w:style w:type="paragraph" w:styleId="Listenabsatz">
    <w:name w:val="List Paragraph"/>
    <w:basedOn w:val="Standard"/>
    <w:uiPriority w:val="34"/>
    <w:qFormat/>
    <w:rsid w:val="00FC693F"/>
    <w:pPr>
      <w:ind w:left="720"/>
      <w:contextualSpacing/>
    </w:pPr>
  </w:style>
  <w:style w:type="paragraph" w:styleId="Textkrper">
    <w:name w:val="Body Text"/>
    <w:basedOn w:val="Standard"/>
    <w:link w:val="TextkrperZchn"/>
    <w:uiPriority w:val="99"/>
    <w:unhideWhenUsed/>
    <w:rsid w:val="00AA1D8D"/>
    <w:pPr>
      <w:spacing w:after="120"/>
    </w:pPr>
  </w:style>
  <w:style w:type="character" w:customStyle="1" w:styleId="TextkrperZchn">
    <w:name w:val="Textkörper Zchn"/>
    <w:basedOn w:val="Absatz-Standardschriftart"/>
    <w:link w:val="Textkrper"/>
    <w:uiPriority w:val="99"/>
    <w:rsid w:val="00AA1D8D"/>
  </w:style>
  <w:style w:type="paragraph" w:styleId="Textkrper2">
    <w:name w:val="Body Text 2"/>
    <w:basedOn w:val="Standard"/>
    <w:link w:val="Textkrper2Zchn"/>
    <w:uiPriority w:val="99"/>
    <w:unhideWhenUsed/>
    <w:rsid w:val="00AA1D8D"/>
    <w:pPr>
      <w:spacing w:after="120" w:line="480" w:lineRule="auto"/>
    </w:pPr>
  </w:style>
  <w:style w:type="character" w:customStyle="1" w:styleId="Textkrper2Zchn">
    <w:name w:val="Textkörper 2 Zchn"/>
    <w:basedOn w:val="Absatz-Standardschriftart"/>
    <w:link w:val="Textkrper2"/>
    <w:uiPriority w:val="99"/>
    <w:rsid w:val="00AA1D8D"/>
  </w:style>
  <w:style w:type="paragraph" w:styleId="Textkrper3">
    <w:name w:val="Body Text 3"/>
    <w:basedOn w:val="Standard"/>
    <w:link w:val="Textkrper3Zchn"/>
    <w:uiPriority w:val="99"/>
    <w:unhideWhenUsed/>
    <w:rsid w:val="00AA1D8D"/>
    <w:pPr>
      <w:spacing w:after="120"/>
    </w:pPr>
    <w:rPr>
      <w:sz w:val="16"/>
      <w:szCs w:val="16"/>
    </w:rPr>
  </w:style>
  <w:style w:type="character" w:customStyle="1" w:styleId="Textkrper3Zchn">
    <w:name w:val="Textkörper 3 Zchn"/>
    <w:basedOn w:val="Absatz-Standardschriftart"/>
    <w:link w:val="Textkrper3"/>
    <w:uiPriority w:val="99"/>
    <w:rsid w:val="00AA1D8D"/>
    <w:rPr>
      <w:sz w:val="16"/>
      <w:szCs w:val="16"/>
    </w:rPr>
  </w:style>
  <w:style w:type="paragraph" w:styleId="Liste">
    <w:name w:val="List"/>
    <w:basedOn w:val="Standard"/>
    <w:uiPriority w:val="99"/>
    <w:unhideWhenUsed/>
    <w:rsid w:val="00AA1D8D"/>
    <w:pPr>
      <w:ind w:left="360" w:hanging="360"/>
      <w:contextualSpacing/>
    </w:pPr>
  </w:style>
  <w:style w:type="paragraph" w:styleId="Liste2">
    <w:name w:val="List 2"/>
    <w:basedOn w:val="Standard"/>
    <w:uiPriority w:val="99"/>
    <w:unhideWhenUsed/>
    <w:rsid w:val="00326F90"/>
    <w:pPr>
      <w:ind w:left="720" w:hanging="360"/>
      <w:contextualSpacing/>
    </w:pPr>
  </w:style>
  <w:style w:type="paragraph" w:styleId="Liste3">
    <w:name w:val="List 3"/>
    <w:basedOn w:val="Standard"/>
    <w:uiPriority w:val="99"/>
    <w:unhideWhenUsed/>
    <w:rsid w:val="00326F90"/>
    <w:pPr>
      <w:ind w:left="1080" w:hanging="360"/>
      <w:contextualSpacing/>
    </w:pPr>
  </w:style>
  <w:style w:type="paragraph" w:styleId="Aufzhlungszeichen">
    <w:name w:val="List Bullet"/>
    <w:basedOn w:val="Standard"/>
    <w:uiPriority w:val="99"/>
    <w:unhideWhenUsed/>
    <w:rsid w:val="00326F90"/>
    <w:pPr>
      <w:numPr>
        <w:numId w:val="1"/>
      </w:numPr>
      <w:contextualSpacing/>
    </w:pPr>
  </w:style>
  <w:style w:type="paragraph" w:styleId="Aufzhlungszeichen2">
    <w:name w:val="List Bullet 2"/>
    <w:basedOn w:val="Standard"/>
    <w:uiPriority w:val="99"/>
    <w:unhideWhenUsed/>
    <w:rsid w:val="00326F90"/>
    <w:pPr>
      <w:numPr>
        <w:numId w:val="2"/>
      </w:numPr>
      <w:contextualSpacing/>
    </w:pPr>
  </w:style>
  <w:style w:type="paragraph" w:styleId="Aufzhlungszeichen3">
    <w:name w:val="List Bullet 3"/>
    <w:basedOn w:val="Standard"/>
    <w:uiPriority w:val="99"/>
    <w:unhideWhenUsed/>
    <w:rsid w:val="00326F90"/>
    <w:pPr>
      <w:numPr>
        <w:numId w:val="3"/>
      </w:numPr>
      <w:contextualSpacing/>
    </w:pPr>
  </w:style>
  <w:style w:type="paragraph" w:styleId="Listennummer">
    <w:name w:val="List Number"/>
    <w:basedOn w:val="Standard"/>
    <w:uiPriority w:val="99"/>
    <w:unhideWhenUsed/>
    <w:rsid w:val="00326F90"/>
    <w:pPr>
      <w:numPr>
        <w:numId w:val="5"/>
      </w:numPr>
      <w:contextualSpacing/>
    </w:pPr>
  </w:style>
  <w:style w:type="paragraph" w:styleId="Listennummer2">
    <w:name w:val="List Number 2"/>
    <w:basedOn w:val="Standard"/>
    <w:uiPriority w:val="99"/>
    <w:unhideWhenUsed/>
    <w:rsid w:val="0029639D"/>
    <w:pPr>
      <w:numPr>
        <w:numId w:val="6"/>
      </w:numPr>
      <w:contextualSpacing/>
    </w:pPr>
  </w:style>
  <w:style w:type="paragraph" w:styleId="Listennummer3">
    <w:name w:val="List Number 3"/>
    <w:basedOn w:val="Standard"/>
    <w:uiPriority w:val="99"/>
    <w:unhideWhenUsed/>
    <w:rsid w:val="0029639D"/>
    <w:pPr>
      <w:numPr>
        <w:numId w:val="7"/>
      </w:numPr>
      <w:contextualSpacing/>
    </w:pPr>
  </w:style>
  <w:style w:type="paragraph" w:styleId="Listenfortsetzung">
    <w:name w:val="List Continue"/>
    <w:basedOn w:val="Standard"/>
    <w:uiPriority w:val="99"/>
    <w:unhideWhenUsed/>
    <w:rsid w:val="0029639D"/>
    <w:pPr>
      <w:spacing w:after="120"/>
      <w:ind w:left="360"/>
      <w:contextualSpacing/>
    </w:pPr>
  </w:style>
  <w:style w:type="paragraph" w:styleId="Listenfortsetzung2">
    <w:name w:val="List Continue 2"/>
    <w:basedOn w:val="Standard"/>
    <w:uiPriority w:val="99"/>
    <w:unhideWhenUsed/>
    <w:rsid w:val="0029639D"/>
    <w:pPr>
      <w:spacing w:after="120"/>
      <w:ind w:left="720"/>
      <w:contextualSpacing/>
    </w:pPr>
  </w:style>
  <w:style w:type="paragraph" w:styleId="Listenfortsetzung3">
    <w:name w:val="List Continue 3"/>
    <w:basedOn w:val="Standard"/>
    <w:uiPriority w:val="99"/>
    <w:unhideWhenUsed/>
    <w:rsid w:val="0029639D"/>
    <w:pPr>
      <w:spacing w:after="120"/>
      <w:ind w:left="1080"/>
      <w:contextualSpacing/>
    </w:pPr>
  </w:style>
  <w:style w:type="paragraph" w:styleId="Makrotext">
    <w:name w:val="macro"/>
    <w:link w:val="MakrotextZchn"/>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textZchn">
    <w:name w:val="Makrotext Zchn"/>
    <w:basedOn w:val="Absatz-Standardschriftart"/>
    <w:link w:val="Makrotext"/>
    <w:uiPriority w:val="99"/>
    <w:rsid w:val="0029639D"/>
    <w:rPr>
      <w:rFonts w:ascii="Courier" w:hAnsi="Courier"/>
      <w:sz w:val="20"/>
      <w:szCs w:val="20"/>
    </w:rPr>
  </w:style>
  <w:style w:type="paragraph" w:styleId="Zitat">
    <w:name w:val="Quote"/>
    <w:basedOn w:val="Standard"/>
    <w:next w:val="Standard"/>
    <w:link w:val="ZitatZchn"/>
    <w:uiPriority w:val="29"/>
    <w:qFormat/>
    <w:rsid w:val="00FC693F"/>
    <w:rPr>
      <w:i/>
      <w:iCs/>
      <w:color w:val="000000" w:themeColor="text1"/>
    </w:rPr>
  </w:style>
  <w:style w:type="character" w:customStyle="1" w:styleId="ZitatZchn">
    <w:name w:val="Zitat Zchn"/>
    <w:basedOn w:val="Absatz-Standardschriftart"/>
    <w:link w:val="Zitat"/>
    <w:uiPriority w:val="29"/>
    <w:rsid w:val="00FC693F"/>
    <w:rPr>
      <w:i/>
      <w:iCs/>
      <w:color w:val="000000" w:themeColor="text1"/>
    </w:rPr>
  </w:style>
  <w:style w:type="character" w:customStyle="1" w:styleId="berschrift4Zchn">
    <w:name w:val="Überschrift 4 Zchn"/>
    <w:basedOn w:val="Absatz-Standardschriftart"/>
    <w:link w:val="berschrift4"/>
    <w:uiPriority w:val="9"/>
    <w:semiHidden/>
    <w:rsid w:val="00FC693F"/>
    <w:rPr>
      <w:rFonts w:asciiTheme="majorHAnsi" w:eastAsiaTheme="majorEastAsia" w:hAnsiTheme="majorHAnsi" w:cstheme="majorBidi"/>
      <w:b/>
      <w:bCs/>
      <w:i/>
      <w:iCs/>
      <w:color w:val="4F81BD" w:themeColor="accent1"/>
    </w:rPr>
  </w:style>
  <w:style w:type="character" w:customStyle="1" w:styleId="berschrift5Zchn">
    <w:name w:val="Überschrift 5 Zchn"/>
    <w:basedOn w:val="Absatz-Standardschriftart"/>
    <w:link w:val="berschrift5"/>
    <w:uiPriority w:val="9"/>
    <w:semiHidden/>
    <w:rsid w:val="00FC693F"/>
    <w:rPr>
      <w:rFonts w:asciiTheme="majorHAnsi" w:eastAsiaTheme="majorEastAsia" w:hAnsiTheme="majorHAnsi" w:cstheme="majorBidi"/>
      <w:color w:val="243F60" w:themeColor="accent1" w:themeShade="7F"/>
    </w:rPr>
  </w:style>
  <w:style w:type="character" w:customStyle="1" w:styleId="berschrift6Zchn">
    <w:name w:val="Überschrift 6 Zchn"/>
    <w:basedOn w:val="Absatz-Standardschriftart"/>
    <w:link w:val="berschrift6"/>
    <w:uiPriority w:val="9"/>
    <w:semiHidden/>
    <w:rsid w:val="00FC693F"/>
    <w:rPr>
      <w:rFonts w:asciiTheme="majorHAnsi" w:eastAsiaTheme="majorEastAsia" w:hAnsiTheme="majorHAnsi" w:cstheme="majorBidi"/>
      <w:i/>
      <w:iCs/>
      <w:color w:val="243F60" w:themeColor="accent1" w:themeShade="7F"/>
    </w:rPr>
  </w:style>
  <w:style w:type="character" w:customStyle="1" w:styleId="berschrift7Zchn">
    <w:name w:val="Überschrift 7 Zchn"/>
    <w:basedOn w:val="Absatz-Standardschriftart"/>
    <w:link w:val="berschrift7"/>
    <w:uiPriority w:val="9"/>
    <w:semiHidden/>
    <w:rsid w:val="00FC693F"/>
    <w:rPr>
      <w:rFonts w:asciiTheme="majorHAnsi" w:eastAsiaTheme="majorEastAsia" w:hAnsiTheme="majorHAnsi" w:cstheme="majorBidi"/>
      <w:i/>
      <w:iCs/>
      <w:color w:val="404040" w:themeColor="text1" w:themeTint="BF"/>
    </w:rPr>
  </w:style>
  <w:style w:type="character" w:customStyle="1" w:styleId="berschrift8Zchn">
    <w:name w:val="Überschrift 8 Zchn"/>
    <w:basedOn w:val="Absatz-Standardschriftart"/>
    <w:link w:val="berschrift8"/>
    <w:uiPriority w:val="9"/>
    <w:semiHidden/>
    <w:rsid w:val="00FC693F"/>
    <w:rPr>
      <w:rFonts w:asciiTheme="majorHAnsi" w:eastAsiaTheme="majorEastAsia" w:hAnsiTheme="majorHAnsi" w:cstheme="majorBidi"/>
      <w:color w:val="4F81BD" w:themeColor="accent1"/>
      <w:sz w:val="20"/>
      <w:szCs w:val="20"/>
    </w:rPr>
  </w:style>
  <w:style w:type="character" w:customStyle="1" w:styleId="berschrift9Zchn">
    <w:name w:val="Überschrift 9 Zchn"/>
    <w:basedOn w:val="Absatz-Standardschriftart"/>
    <w:link w:val="berschrift9"/>
    <w:uiPriority w:val="9"/>
    <w:semiHidden/>
    <w:rsid w:val="00FC693F"/>
    <w:rPr>
      <w:rFonts w:asciiTheme="majorHAnsi" w:eastAsiaTheme="majorEastAsia" w:hAnsiTheme="majorHAnsi" w:cstheme="majorBidi"/>
      <w:i/>
      <w:iCs/>
      <w:color w:val="404040" w:themeColor="text1" w:themeTint="BF"/>
      <w:sz w:val="20"/>
      <w:szCs w:val="20"/>
    </w:rPr>
  </w:style>
  <w:style w:type="paragraph" w:styleId="Beschriftung">
    <w:name w:val="caption"/>
    <w:basedOn w:val="Standard"/>
    <w:next w:val="Standard"/>
    <w:uiPriority w:val="35"/>
    <w:semiHidden/>
    <w:unhideWhenUsed/>
    <w:qFormat/>
    <w:rsid w:val="00FC693F"/>
    <w:rPr>
      <w:b/>
      <w:bCs/>
      <w:color w:val="4F81BD" w:themeColor="accent1"/>
      <w:sz w:val="18"/>
      <w:szCs w:val="18"/>
    </w:rPr>
  </w:style>
  <w:style w:type="character" w:styleId="Fett">
    <w:name w:val="Strong"/>
    <w:basedOn w:val="Absatz-Standardschriftart"/>
    <w:uiPriority w:val="22"/>
    <w:qFormat/>
    <w:rsid w:val="00FC693F"/>
    <w:rPr>
      <w:b/>
      <w:bCs/>
    </w:rPr>
  </w:style>
  <w:style w:type="character" w:styleId="Hervorhebung">
    <w:name w:val="Emphasis"/>
    <w:basedOn w:val="Absatz-Standardschriftart"/>
    <w:uiPriority w:val="20"/>
    <w:qFormat/>
    <w:rsid w:val="00FC693F"/>
    <w:rPr>
      <w:i/>
      <w:iCs/>
    </w:rPr>
  </w:style>
  <w:style w:type="paragraph" w:styleId="IntensivesZitat">
    <w:name w:val="Intense Quote"/>
    <w:basedOn w:val="Standard"/>
    <w:next w:val="Standard"/>
    <w:link w:val="IntensivesZitatZchn"/>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FC693F"/>
    <w:rPr>
      <w:b/>
      <w:bCs/>
      <w:i/>
      <w:iCs/>
      <w:color w:val="4F81BD" w:themeColor="accent1"/>
    </w:rPr>
  </w:style>
  <w:style w:type="character" w:styleId="SchwacheHervorhebung">
    <w:name w:val="Subtle Emphasis"/>
    <w:basedOn w:val="Absatz-Standardschriftart"/>
    <w:uiPriority w:val="19"/>
    <w:qFormat/>
    <w:rsid w:val="00FC693F"/>
    <w:rPr>
      <w:i/>
      <w:iCs/>
      <w:color w:val="808080" w:themeColor="text1" w:themeTint="7F"/>
    </w:rPr>
  </w:style>
  <w:style w:type="character" w:styleId="IntensiveHervorhebung">
    <w:name w:val="Intense Emphasis"/>
    <w:basedOn w:val="Absatz-Standardschriftart"/>
    <w:uiPriority w:val="21"/>
    <w:qFormat/>
    <w:rsid w:val="00FC693F"/>
    <w:rPr>
      <w:b/>
      <w:bCs/>
      <w:i/>
      <w:iCs/>
      <w:color w:val="4F81BD" w:themeColor="accent1"/>
    </w:rPr>
  </w:style>
  <w:style w:type="character" w:styleId="SchwacherVerweis">
    <w:name w:val="Subtle Reference"/>
    <w:basedOn w:val="Absatz-Standardschriftart"/>
    <w:uiPriority w:val="31"/>
    <w:qFormat/>
    <w:rsid w:val="00FC693F"/>
    <w:rPr>
      <w:smallCaps/>
      <w:color w:val="C0504D" w:themeColor="accent2"/>
      <w:u w:val="single"/>
    </w:rPr>
  </w:style>
  <w:style w:type="character" w:styleId="IntensiverVerweis">
    <w:name w:val="Intense Reference"/>
    <w:basedOn w:val="Absatz-Standardschriftart"/>
    <w:uiPriority w:val="32"/>
    <w:qFormat/>
    <w:rsid w:val="00FC693F"/>
    <w:rPr>
      <w:b/>
      <w:bCs/>
      <w:smallCaps/>
      <w:color w:val="C0504D" w:themeColor="accent2"/>
      <w:spacing w:val="5"/>
      <w:u w:val="single"/>
    </w:rPr>
  </w:style>
  <w:style w:type="character" w:styleId="Buchtitel">
    <w:name w:val="Book Title"/>
    <w:basedOn w:val="Absatz-Standardschriftart"/>
    <w:uiPriority w:val="33"/>
    <w:qFormat/>
    <w:rsid w:val="00FC693F"/>
    <w:rPr>
      <w:b/>
      <w:bCs/>
      <w:smallCaps/>
      <w:spacing w:val="5"/>
    </w:rPr>
  </w:style>
  <w:style w:type="paragraph" w:styleId="Inhaltsverzeichnisberschrift">
    <w:name w:val="TOC Heading"/>
    <w:basedOn w:val="berschrift1"/>
    <w:next w:val="Standard"/>
    <w:uiPriority w:val="39"/>
    <w:semiHidden/>
    <w:unhideWhenUsed/>
    <w:qFormat/>
    <w:rsid w:val="00FC693F"/>
    <w:pPr>
      <w:outlineLvl w:val="9"/>
    </w:pPr>
  </w:style>
  <w:style w:type="table" w:styleId="Tabellenraster">
    <w:name w:val="Table Grid"/>
    <w:basedOn w:val="NormaleTabelle"/>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HelleSchattierung">
    <w:name w:val="Light Shading"/>
    <w:basedOn w:val="NormaleTabelle"/>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HelleSchattierung-Akzent1">
    <w:name w:val="Light Shading Accent 1"/>
    <w:basedOn w:val="NormaleTabelle"/>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HelleSchattierung-Akzent2">
    <w:name w:val="Light Shading Accent 2"/>
    <w:basedOn w:val="NormaleTabelle"/>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HelleSchattierung-Akzent3">
    <w:name w:val="Light Shading Accent 3"/>
    <w:basedOn w:val="NormaleTabelle"/>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HelleSchattierung-Akzent4">
    <w:name w:val="Light Shading Accent 4"/>
    <w:basedOn w:val="NormaleTabelle"/>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HelleSchattierung-Akzent5">
    <w:name w:val="Light Shading Accent 5"/>
    <w:basedOn w:val="NormaleTabelle"/>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HelleSchattierung-Akzent6">
    <w:name w:val="Light Shading Accent 6"/>
    <w:basedOn w:val="NormaleTabelle"/>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HelleListe">
    <w:name w:val="Light List"/>
    <w:basedOn w:val="NormaleTabelle"/>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HelleListe-Akzent1">
    <w:name w:val="Light List Accent 1"/>
    <w:basedOn w:val="NormaleTabelle"/>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HelleListe-Akzent2">
    <w:name w:val="Light List Accent 2"/>
    <w:basedOn w:val="NormaleTabelle"/>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HelleListe-Akzent3">
    <w:name w:val="Light List Accent 3"/>
    <w:basedOn w:val="NormaleTabelle"/>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HelleListe-Akzent4">
    <w:name w:val="Light List Accent 4"/>
    <w:basedOn w:val="NormaleTabelle"/>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HelleListe-Akzent5">
    <w:name w:val="Light List Accent 5"/>
    <w:basedOn w:val="NormaleTabelle"/>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HelleListe-Akzent6">
    <w:name w:val="Light List Accent 6"/>
    <w:basedOn w:val="NormaleTabelle"/>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HellesRaster">
    <w:name w:val="Light Grid"/>
    <w:basedOn w:val="NormaleTabelle"/>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HellesRaster-Akzent1">
    <w:name w:val="Light Grid Accent 1"/>
    <w:basedOn w:val="NormaleTabelle"/>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sRaster-Akzent2">
    <w:name w:val="Light Grid Accent 2"/>
    <w:basedOn w:val="NormaleTabelle"/>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HellesRaster-Akzent3">
    <w:name w:val="Light Grid Accent 3"/>
    <w:basedOn w:val="NormaleTabelle"/>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HellesRaster-Akzent4">
    <w:name w:val="Light Grid Accent 4"/>
    <w:basedOn w:val="NormaleTabelle"/>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HellesRaster-Akzent5">
    <w:name w:val="Light Grid Accent 5"/>
    <w:basedOn w:val="NormaleTabelle"/>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HellesRaster-Akzent6">
    <w:name w:val="Light Grid Accent 6"/>
    <w:basedOn w:val="NormaleTabelle"/>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ittlereSchattierung1">
    <w:name w:val="Medium Shading 1"/>
    <w:basedOn w:val="NormaleTabelle"/>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ittlereSchattierung1-Akzent1">
    <w:name w:val="Medium Shading 1 Accent 1"/>
    <w:basedOn w:val="NormaleTabelle"/>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ittlereSchattierung1-Akzent2">
    <w:name w:val="Medium Shading 1 Accent 2"/>
    <w:basedOn w:val="NormaleTabelle"/>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ittlereSchattierung1-Akzent3">
    <w:name w:val="Medium Shading 1 Accent 3"/>
    <w:basedOn w:val="NormaleTabelle"/>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ittlereSchattierung1-Akzent4">
    <w:name w:val="Medium Shading 1 Accent 4"/>
    <w:basedOn w:val="NormaleTabelle"/>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ittlereSchattierung1-Akzent5">
    <w:name w:val="Medium Shading 1 Accent 5"/>
    <w:basedOn w:val="NormaleTabelle"/>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ittlereSchattierung1-Akzent6">
    <w:name w:val="Medium Shading 1 Accent 6"/>
    <w:basedOn w:val="NormaleTabelle"/>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ittlereSchattierung2">
    <w:name w:val="Medium Shading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1">
    <w:name w:val="Medium Shading 2 Accent 1"/>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2">
    <w:name w:val="Medium Shading 2 Accent 2"/>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3">
    <w:name w:val="Medium Shading 2 Accent 3"/>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4">
    <w:name w:val="Medium Shading 2 Accent 4"/>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5">
    <w:name w:val="Medium Shading 2 Accent 5"/>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Schattierung2-Akzent6">
    <w:name w:val="Medium Shading 2 Accent 6"/>
    <w:basedOn w:val="NormaleTabelle"/>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ittlereListe1">
    <w:name w:val="Medium List 1"/>
    <w:basedOn w:val="NormaleTabelle"/>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ittlereListe1-Akzent1">
    <w:name w:val="Medium List 1 Accent 1"/>
    <w:basedOn w:val="NormaleTabelle"/>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ittlereListe1-Akzent2">
    <w:name w:val="Medium List 1 Accent 2"/>
    <w:basedOn w:val="NormaleTabelle"/>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ittlereListe1-Akzent3">
    <w:name w:val="Medium List 1 Accent 3"/>
    <w:basedOn w:val="NormaleTabelle"/>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ittlereListe1-Akzent4">
    <w:name w:val="Medium List 1 Accent 4"/>
    <w:basedOn w:val="NormaleTabelle"/>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ittlereListe1-Akzent5">
    <w:name w:val="Medium List 1 Accent 5"/>
    <w:basedOn w:val="NormaleTabelle"/>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ittlereListe1-Akzent6">
    <w:name w:val="Medium List 1 Accent 6"/>
    <w:basedOn w:val="NormaleTabelle"/>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ittlereListe2">
    <w:name w:val="Medium Lis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1">
    <w:name w:val="Medium List 2 Accent 1"/>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2">
    <w:name w:val="Medium List 2 Accent 2"/>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3">
    <w:name w:val="Medium List 2 Accent 3"/>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4">
    <w:name w:val="Medium List 2 Accent 4"/>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5">
    <w:name w:val="Medium List 2 Accent 5"/>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Liste2-Akzent6">
    <w:name w:val="Medium List 2 Accent 6"/>
    <w:basedOn w:val="NormaleTabelle"/>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ittleresRaster1">
    <w:name w:val="Medium Grid 1"/>
    <w:basedOn w:val="NormaleTabelle"/>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ittleresRaster1-Akzent1">
    <w:name w:val="Medium Grid 1 Accent 1"/>
    <w:basedOn w:val="NormaleTabelle"/>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ittleresRaster1-Akzent2">
    <w:name w:val="Medium Grid 1 Accent 2"/>
    <w:basedOn w:val="NormaleTabelle"/>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ittleresRaster1-Akzent3">
    <w:name w:val="Medium Grid 1 Accent 3"/>
    <w:basedOn w:val="NormaleTabelle"/>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ittleresRaster1-Akzent4">
    <w:name w:val="Medium Grid 1 Accent 4"/>
    <w:basedOn w:val="NormaleTabelle"/>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ittleresRaster1-Akzent5">
    <w:name w:val="Medium Grid 1 Accent 5"/>
    <w:basedOn w:val="NormaleTabelle"/>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ittleresRaster1-Akzent6">
    <w:name w:val="Medium Grid 1 Accent 6"/>
    <w:basedOn w:val="NormaleTabelle"/>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ittleresRaster2">
    <w:name w:val="Medium Grid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ittleresRaster2-Akzent1">
    <w:name w:val="Medium Grid 2 Accent 1"/>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ittleresRaster2-Akzent2">
    <w:name w:val="Medium Grid 2 Accent 2"/>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ittleresRaster2-Akzent3">
    <w:name w:val="Medium Grid 2 Accent 3"/>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ittleresRaster2-Akzent4">
    <w:name w:val="Medium Grid 2 Accent 4"/>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ittleresRaster2-Akzent5">
    <w:name w:val="Medium Grid 2 Accent 5"/>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ittleresRaster2-Akzent6">
    <w:name w:val="Medium Grid 2 Accent 6"/>
    <w:basedOn w:val="NormaleTabelle"/>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ittleresRaster3">
    <w:name w:val="Medium Grid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ittleresRaster3-Akzent1">
    <w:name w:val="Medium Grid 3 Accent 1"/>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ittleresRaster3-Akzent2">
    <w:name w:val="Medium Grid 3 Accent 2"/>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ittleresRaster3-Akzent3">
    <w:name w:val="Medium Grid 3 Accent 3"/>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ittleresRaster3-Akzent4">
    <w:name w:val="Medium Grid 3 Accent 4"/>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ittleresRaster3-Akzent5">
    <w:name w:val="Medium Grid 3 Accent 5"/>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ittleresRaster3-Akzent6">
    <w:name w:val="Medium Grid 3 Accent 6"/>
    <w:basedOn w:val="NormaleTabelle"/>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unkleListe">
    <w:name w:val="Dark List"/>
    <w:basedOn w:val="NormaleTabelle"/>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unkleListe-Akzent1">
    <w:name w:val="Dark List Accent 1"/>
    <w:basedOn w:val="NormaleTabelle"/>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unkleListe-Akzent2">
    <w:name w:val="Dark List Accent 2"/>
    <w:basedOn w:val="NormaleTabelle"/>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unkleListe-Akzent3">
    <w:name w:val="Dark List Accent 3"/>
    <w:basedOn w:val="NormaleTabelle"/>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unkleListe-Akzent4">
    <w:name w:val="Dark List Accent 4"/>
    <w:basedOn w:val="NormaleTabelle"/>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unkleListe-Akzent5">
    <w:name w:val="Dark List Accent 5"/>
    <w:basedOn w:val="NormaleTabelle"/>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unkleListe-Akzent6">
    <w:name w:val="Dark List Accent 6"/>
    <w:basedOn w:val="NormaleTabelle"/>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FarbigeSchattierung">
    <w:name w:val="Colorful Shading"/>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FarbigeSchattierung-Akzent1">
    <w:name w:val="Colorful Shading Accent 1"/>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FarbigeSchattierung-Akzent2">
    <w:name w:val="Colorful Shading Accent 2"/>
    <w:basedOn w:val="NormaleTabelle"/>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FarbigeSchattierung-Akzent3">
    <w:name w:val="Colorful Shading Accent 3"/>
    <w:basedOn w:val="NormaleTabelle"/>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FarbigeSchattierung-Akzent4">
    <w:name w:val="Colorful Shading Accent 4"/>
    <w:basedOn w:val="NormaleTabelle"/>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FarbigeSchattierung-Akzent5">
    <w:name w:val="Colorful Shading Accent 5"/>
    <w:basedOn w:val="NormaleTabelle"/>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FarbigeSchattierung-Akzent6">
    <w:name w:val="Colorful Shading Accent 6"/>
    <w:basedOn w:val="NormaleTabelle"/>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FarbigeListe">
    <w:name w:val="Colorful List"/>
    <w:basedOn w:val="NormaleTabelle"/>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FarbigeListe-Akzent1">
    <w:name w:val="Colorful List Accent 1"/>
    <w:basedOn w:val="NormaleTabelle"/>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FarbigeListe-Akzent2">
    <w:name w:val="Colorful List Accent 2"/>
    <w:basedOn w:val="NormaleTabelle"/>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FarbigeListe-Akzent3">
    <w:name w:val="Colorful List Accent 3"/>
    <w:basedOn w:val="NormaleTabelle"/>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4">
    <w:name w:val="Colorful List Accent 4"/>
    <w:basedOn w:val="NormaleTabelle"/>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FarbigeListe-Akzent5">
    <w:name w:val="Colorful List Accent 5"/>
    <w:basedOn w:val="NormaleTabelle"/>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FarbigeListe-Akzent6">
    <w:name w:val="Colorful List Accent 6"/>
    <w:basedOn w:val="NormaleTabelle"/>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FarbigesRaster">
    <w:name w:val="Colorful Grid"/>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FarbigesRaster-Akzent1">
    <w:name w:val="Colorful Grid Accent 1"/>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FarbigesRaster-Akzent2">
    <w:name w:val="Colorful Grid Accent 2"/>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FarbigesRaster-Akzent3">
    <w:name w:val="Colorful Grid Accent 3"/>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FarbigesRaster-Akzent4">
    <w:name w:val="Colorful Grid Accent 4"/>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FarbigesRaster-Akzent5">
    <w:name w:val="Colorful Grid Accent 5"/>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FarbigesRaster-Akzent6">
    <w:name w:val="Colorful Grid Accent 6"/>
    <w:basedOn w:val="NormaleTabelle"/>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taKaRcksendeangabe">
    <w:name w:val="StaKa Rücksendeangabe"/>
    <w:basedOn w:val="Standard"/>
    <w:qFormat/>
    <w:pPr>
      <w:spacing w:after="60"/>
      <w:ind w:right="4819"/>
    </w:pPr>
    <w:rPr>
      <w:sz w:val="14"/>
    </w:rPr>
  </w:style>
  <w:style w:type="paragraph" w:customStyle="1" w:styleId="StaKaAnschrift">
    <w:name w:val="StaKa Anschrift"/>
    <w:basedOn w:val="Standard"/>
    <w:qFormat/>
    <w:pPr>
      <w:spacing w:after="850"/>
      <w:ind w:right="4819"/>
    </w:pPr>
  </w:style>
  <w:style w:type="paragraph" w:customStyle="1" w:styleId="StaKaDatum">
    <w:name w:val="StaKa Datum"/>
    <w:basedOn w:val="Standard"/>
    <w:qFormat/>
    <w:pPr>
      <w:spacing w:after="454"/>
    </w:pPr>
  </w:style>
  <w:style w:type="paragraph" w:customStyle="1" w:styleId="StaKaBetreff">
    <w:name w:val="StaKa Betreff"/>
    <w:basedOn w:val="Standard"/>
    <w:qFormat/>
    <w:pPr>
      <w:keepNext/>
      <w:spacing w:after="360"/>
    </w:pPr>
    <w:rPr>
      <w:b/>
    </w:rPr>
  </w:style>
  <w:style w:type="paragraph" w:customStyle="1" w:styleId="StaKaAnrede">
    <w:name w:val="StaKa Anrede"/>
    <w:basedOn w:val="Standard"/>
    <w:qFormat/>
    <w:pPr>
      <w:keepNext/>
      <w:spacing w:after="240"/>
    </w:pPr>
  </w:style>
  <w:style w:type="paragraph" w:customStyle="1" w:styleId="StaKaBrieftext">
    <w:name w:val="StaKa Brieftext"/>
    <w:basedOn w:val="Standard"/>
    <w:qFormat/>
    <w:pPr>
      <w:spacing w:after="200"/>
    </w:pPr>
  </w:style>
  <w:style w:type="paragraph" w:customStyle="1" w:styleId="StaKaGruformel">
    <w:name w:val="StaKa Grußformel"/>
    <w:basedOn w:val="Standard"/>
    <w:qFormat/>
    <w:pPr>
      <w:keepNext/>
      <w:spacing w:before="40" w:after="680"/>
    </w:pPr>
  </w:style>
  <w:style w:type="paragraph" w:customStyle="1" w:styleId="StaKaUnterschrift">
    <w:name w:val="StaKa Unterschrift"/>
    <w:basedOn w:val="Standard"/>
    <w:qFormat/>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StaKa-MM_Briefpapier_DIN5008_FormB.dotx</Template>
  <TotalTime>0</TotalTime>
  <Pages>1</Pages>
  <Words>93</Words>
  <Characters>593</Characters>
  <Application>Microsoft Office Word</Application>
  <DocSecurity>0</DocSecurity>
  <Lines>4</Lines>
  <Paragraphs>1</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Mehrseitige DIN 5008 Briefvorlage Stadtkapelle Memmingen</vt:lpstr>
      <vt:lpstr/>
    </vt:vector>
  </TitlesOfParts>
  <Manager/>
  <Company/>
  <LinksUpToDate>false</LinksUpToDate>
  <CharactersWithSpaces>685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Mehrseitige DIN 5008 Briefvorlage Stadtkapelle Memmingen</dc:title>
  <dc:subject>Unterschiedliche Hintergründe und Fußzeilen für erste und folgende Seiten</dc:subject>
  <dc:creator>Stadtkapelle Memmingen e.V.</dc:creator>
  <cp:keywords>Stadtkapelle Memmingen DIN 5008 Form B Briefvorlage</cp:keywords>
  <dc:description>DIN-5008-Briefvorlage: erste Seite mit 45 mm Textbeginn; Folgeseiten mit 32 mm Textbeginn, eigenem Hintergrund und Seitenzahl.
Design by ralf baenecke</dc:description>
  <cp:lastModifiedBy>ralf baenecke</cp:lastModifiedBy>
  <cp:revision>2</cp:revision>
  <cp:lastPrinted>2026-09-05T16:50:00Z</cp:lastPrinted>
  <dcterms:created xsi:type="dcterms:W3CDTF">2026-09-05T16:52:00Z</dcterms:created>
  <dcterms:modified xsi:type="dcterms:W3CDTF">2026-09-05T16:52:00Z</dcterms:modified>
  <cp:category/>
</cp:coreProperties>
</file>