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3A800DC" w14:textId="77777777" w:rsidR="007C60EA" w:rsidRDefault="00000000">
      <w:pPr>
        <w:spacing w:after="240" w:line="200" w:lineRule="exact"/>
      </w:pPr>
      <w:r>
        <w:rPr>
          <w:color w:val="555555"/>
          <w:sz w:val="17"/>
          <w:lang w:val="de-DE"/>
        </w:rPr>
        <w:t>Stadtkapelle Memmingen e. V.  •  Friedhofweg 9  •  87700 Memmingen</w:t>
      </w:r>
    </w:p>
    <w:p w14:paraId="3F35F44E" w14:textId="77777777" w:rsidR="007C60EA" w:rsidRDefault="00000000">
      <w:pPr>
        <w:pStyle w:val="Titel"/>
        <w:spacing w:before="20" w:after="200"/>
      </w:pPr>
      <w:r>
        <w:rPr>
          <w:rFonts w:ascii="Arial" w:eastAsia="Arial" w:hAnsi="Arial" w:cs="Arial"/>
          <w:sz w:val="34"/>
          <w:lang w:val="de-DE"/>
        </w:rPr>
        <w:t>Honorarbeleg zur Überweisung</w:t>
      </w:r>
    </w:p>
    <w:p w14:paraId="13EA1BE5" w14:textId="77777777" w:rsidR="007C60EA" w:rsidRDefault="00000000">
      <w:pPr>
        <w:spacing w:after="160"/>
      </w:pPr>
      <w:r>
        <w:rPr>
          <w:lang w:val="de-DE"/>
        </w:rPr>
        <w:t>Bitte tragen Sie die Veranstaltungs- und Überweisungsdaten vollständig ein.</w:t>
      </w:r>
    </w:p>
    <w:p w14:paraId="173CE594" w14:textId="77777777" w:rsidR="007C60EA" w:rsidRDefault="00000000">
      <w:pPr>
        <w:pStyle w:val="berschrift1"/>
        <w:spacing w:before="120" w:after="60"/>
      </w:pPr>
      <w:r>
        <w:rPr>
          <w:rFonts w:ascii="Arial" w:eastAsia="Arial" w:hAnsi="Arial" w:cs="Arial"/>
          <w:lang w:val="de-DE"/>
        </w:rPr>
        <w:t>Veranstaltungsdaten</w:t>
      </w: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2381"/>
        <w:gridCol w:w="7257"/>
      </w:tblGrid>
      <w:tr w:rsidR="007C60EA" w14:paraId="5DEAD666" w14:textId="77777777">
        <w:trPr>
          <w:trHeight w:val="454"/>
        </w:trPr>
        <w:tc>
          <w:tcPr>
            <w:tcW w:w="2381" w:type="dxa"/>
            <w:tcMar>
              <w:top w:w="40" w:type="dxa"/>
              <w:left w:w="45" w:type="dxa"/>
              <w:bottom w:w="40" w:type="dxa"/>
              <w:right w:w="45" w:type="dxa"/>
            </w:tcMar>
            <w:vAlign w:val="center"/>
          </w:tcPr>
          <w:p w14:paraId="164019E3" w14:textId="77777777" w:rsidR="007C60EA" w:rsidRDefault="00000000">
            <w:pPr>
              <w:spacing w:after="0"/>
            </w:pPr>
            <w:r>
              <w:rPr>
                <w:lang w:val="de-DE"/>
              </w:rPr>
              <w:t>Veranstaltung</w:t>
            </w:r>
          </w:p>
        </w:tc>
        <w:tc>
          <w:tcPr>
            <w:tcW w:w="7257" w:type="dxa"/>
            <w:tcBorders>
              <w:bottom w:val="single" w:sz="8" w:space="0" w:color="4A4A4A"/>
            </w:tcBorders>
            <w:tcMar>
              <w:top w:w="40" w:type="dxa"/>
              <w:left w:w="45" w:type="dxa"/>
              <w:bottom w:w="40" w:type="dxa"/>
              <w:right w:w="45" w:type="dxa"/>
            </w:tcMar>
            <w:vAlign w:val="center"/>
          </w:tcPr>
          <w:p w14:paraId="342DD901" w14:textId="77777777" w:rsidR="007C60EA" w:rsidRDefault="007C60EA">
            <w:pPr>
              <w:spacing w:after="0"/>
            </w:pPr>
          </w:p>
        </w:tc>
      </w:tr>
      <w:tr w:rsidR="007C60EA" w14:paraId="00F508DD" w14:textId="77777777">
        <w:trPr>
          <w:trHeight w:val="454"/>
        </w:trPr>
        <w:tc>
          <w:tcPr>
            <w:tcW w:w="2381" w:type="dxa"/>
            <w:tcMar>
              <w:top w:w="40" w:type="dxa"/>
              <w:left w:w="45" w:type="dxa"/>
              <w:bottom w:w="40" w:type="dxa"/>
              <w:right w:w="45" w:type="dxa"/>
            </w:tcMar>
            <w:vAlign w:val="center"/>
          </w:tcPr>
          <w:p w14:paraId="152FFB7F" w14:textId="77777777" w:rsidR="007C60EA" w:rsidRDefault="00000000">
            <w:pPr>
              <w:spacing w:after="0" w:line="224" w:lineRule="exact"/>
            </w:pPr>
            <w:r>
              <w:rPr>
                <w:sz w:val="18"/>
                <w:lang w:val="de-DE"/>
              </w:rPr>
              <w:t>Datum der Veranstaltung</w:t>
            </w:r>
          </w:p>
        </w:tc>
        <w:tc>
          <w:tcPr>
            <w:tcW w:w="7257" w:type="dxa"/>
            <w:tcBorders>
              <w:bottom w:val="single" w:sz="8" w:space="0" w:color="4A4A4A"/>
            </w:tcBorders>
            <w:tcMar>
              <w:top w:w="40" w:type="dxa"/>
              <w:left w:w="45" w:type="dxa"/>
              <w:bottom w:w="40" w:type="dxa"/>
              <w:right w:w="45" w:type="dxa"/>
            </w:tcMar>
            <w:vAlign w:val="center"/>
          </w:tcPr>
          <w:p w14:paraId="6CCFF4F3" w14:textId="77777777" w:rsidR="007C60EA" w:rsidRDefault="007C60EA">
            <w:pPr>
              <w:spacing w:after="0"/>
            </w:pPr>
          </w:p>
        </w:tc>
      </w:tr>
    </w:tbl>
    <w:p w14:paraId="5361C00E" w14:textId="77777777" w:rsidR="007C60EA" w:rsidRDefault="00000000">
      <w:pPr>
        <w:pStyle w:val="berschrift1"/>
        <w:spacing w:before="180" w:after="60"/>
      </w:pPr>
      <w:r>
        <w:rPr>
          <w:rFonts w:ascii="Arial" w:eastAsia="Arial" w:hAnsi="Arial" w:cs="Arial"/>
          <w:lang w:val="de-DE"/>
        </w:rPr>
        <w:t>Honorardaten</w:t>
      </w:r>
    </w:p>
    <w:tbl>
      <w:tblPr>
        <w:tblW w:w="9638" w:type="dxa"/>
        <w:tblInd w:w="90" w:type="dxa"/>
        <w:tblBorders>
          <w:top w:val="nil"/>
          <w:left w:val="nil"/>
          <w:bottom w:val="nil"/>
          <w:right w:val="nil"/>
          <w:insideH w:val="nil"/>
          <w:insideV w:val="nil"/>
        </w:tblBorders>
        <w:tblLayout w:type="fixed"/>
        <w:tblLook w:val="04A0" w:firstRow="1" w:lastRow="0" w:firstColumn="1" w:lastColumn="0" w:noHBand="0" w:noVBand="1"/>
      </w:tblPr>
      <w:tblGrid>
        <w:gridCol w:w="2381"/>
        <w:gridCol w:w="3175"/>
        <w:gridCol w:w="2381"/>
        <w:gridCol w:w="1701"/>
      </w:tblGrid>
      <w:tr w:rsidR="007C60EA" w14:paraId="52F405B2" w14:textId="77777777" w:rsidTr="000122F2">
        <w:trPr>
          <w:trHeight w:val="454"/>
          <w:tblHeader/>
        </w:trPr>
        <w:tc>
          <w:tcPr>
            <w:tcW w:w="2381" w:type="dxa"/>
            <w:tcBorders>
              <w:top w:val="single" w:sz="6" w:space="0" w:color="D9D9D9"/>
              <w:left w:val="single" w:sz="6" w:space="0" w:color="D9D9D9"/>
              <w:bottom w:val="single" w:sz="6" w:space="0" w:color="D9D9D9"/>
              <w:right w:val="single" w:sz="6" w:space="0" w:color="D9D9D9"/>
            </w:tcBorders>
            <w:shd w:val="clear" w:color="auto" w:fill="EAF5FA"/>
            <w:tcMar>
              <w:top w:w="80" w:type="dxa"/>
              <w:left w:w="90" w:type="dxa"/>
              <w:bottom w:w="80" w:type="dxa"/>
              <w:right w:w="90" w:type="dxa"/>
            </w:tcMar>
            <w:vAlign w:val="center"/>
          </w:tcPr>
          <w:p w14:paraId="6811B4A6" w14:textId="77777777" w:rsidR="007C60EA" w:rsidRDefault="00000000" w:rsidP="000122F2">
            <w:pPr>
              <w:spacing w:after="0" w:line="224" w:lineRule="exact"/>
              <w:ind w:left="57"/>
            </w:pPr>
            <w:r>
              <w:rPr>
                <w:b/>
                <w:sz w:val="18"/>
                <w:lang w:val="de-DE"/>
              </w:rPr>
              <w:t>Name und Vorname</w:t>
            </w:r>
          </w:p>
        </w:tc>
        <w:tc>
          <w:tcPr>
            <w:tcW w:w="3175" w:type="dxa"/>
            <w:tcBorders>
              <w:top w:val="single" w:sz="6" w:space="0" w:color="D9D9D9"/>
              <w:left w:val="single" w:sz="6" w:space="0" w:color="D9D9D9"/>
              <w:bottom w:val="single" w:sz="6" w:space="0" w:color="D9D9D9"/>
              <w:right w:val="single" w:sz="6" w:space="0" w:color="D9D9D9"/>
            </w:tcBorders>
            <w:shd w:val="clear" w:color="auto" w:fill="EAF5FA"/>
            <w:tcMar>
              <w:top w:w="80" w:type="dxa"/>
              <w:left w:w="90" w:type="dxa"/>
              <w:bottom w:w="80" w:type="dxa"/>
              <w:right w:w="90" w:type="dxa"/>
            </w:tcMar>
            <w:vAlign w:val="center"/>
          </w:tcPr>
          <w:p w14:paraId="0A4C2843" w14:textId="77777777" w:rsidR="007C60EA" w:rsidRDefault="00000000" w:rsidP="000122F2">
            <w:pPr>
              <w:spacing w:after="0" w:line="224" w:lineRule="exact"/>
              <w:ind w:left="57"/>
            </w:pPr>
            <w:r>
              <w:rPr>
                <w:b/>
                <w:sz w:val="18"/>
                <w:lang w:val="de-DE"/>
              </w:rPr>
              <w:t>Anschrift</w:t>
            </w:r>
          </w:p>
        </w:tc>
        <w:tc>
          <w:tcPr>
            <w:tcW w:w="2381" w:type="dxa"/>
            <w:tcBorders>
              <w:top w:val="single" w:sz="6" w:space="0" w:color="D9D9D9"/>
              <w:left w:val="single" w:sz="6" w:space="0" w:color="D9D9D9"/>
              <w:bottom w:val="single" w:sz="6" w:space="0" w:color="D9D9D9"/>
              <w:right w:val="single" w:sz="6" w:space="0" w:color="D9D9D9"/>
            </w:tcBorders>
            <w:shd w:val="clear" w:color="auto" w:fill="EAF5FA"/>
            <w:tcMar>
              <w:top w:w="80" w:type="dxa"/>
              <w:left w:w="90" w:type="dxa"/>
              <w:bottom w:w="80" w:type="dxa"/>
              <w:right w:w="90" w:type="dxa"/>
            </w:tcMar>
            <w:vAlign w:val="center"/>
          </w:tcPr>
          <w:p w14:paraId="26B151A8" w14:textId="77777777" w:rsidR="007C60EA" w:rsidRDefault="00000000" w:rsidP="000122F2">
            <w:pPr>
              <w:spacing w:after="0" w:line="224" w:lineRule="exact"/>
              <w:ind w:left="57"/>
            </w:pPr>
            <w:r>
              <w:rPr>
                <w:b/>
                <w:sz w:val="18"/>
                <w:lang w:val="de-DE"/>
              </w:rPr>
              <w:t>Instrument</w:t>
            </w:r>
          </w:p>
        </w:tc>
        <w:tc>
          <w:tcPr>
            <w:tcW w:w="1701" w:type="dxa"/>
            <w:tcBorders>
              <w:top w:val="single" w:sz="6" w:space="0" w:color="D9D9D9"/>
              <w:left w:val="single" w:sz="6" w:space="0" w:color="D9D9D9"/>
              <w:bottom w:val="single" w:sz="6" w:space="0" w:color="D9D9D9"/>
              <w:right w:val="single" w:sz="6" w:space="0" w:color="D9D9D9"/>
            </w:tcBorders>
            <w:shd w:val="clear" w:color="auto" w:fill="EAF5FA"/>
            <w:tcMar>
              <w:top w:w="80" w:type="dxa"/>
              <w:left w:w="90" w:type="dxa"/>
              <w:bottom w:w="80" w:type="dxa"/>
              <w:right w:w="90" w:type="dxa"/>
            </w:tcMar>
            <w:vAlign w:val="center"/>
          </w:tcPr>
          <w:p w14:paraId="7B966029" w14:textId="77777777" w:rsidR="007C60EA" w:rsidRDefault="00000000" w:rsidP="000122F2">
            <w:pPr>
              <w:spacing w:after="0" w:line="224" w:lineRule="exact"/>
              <w:ind w:left="57"/>
            </w:pPr>
            <w:r>
              <w:rPr>
                <w:b/>
                <w:sz w:val="18"/>
                <w:lang w:val="de-DE"/>
              </w:rPr>
              <w:t>Betrag in Euro</w:t>
            </w:r>
          </w:p>
        </w:tc>
      </w:tr>
      <w:tr w:rsidR="007C60EA" w14:paraId="76D3F7C5" w14:textId="77777777" w:rsidTr="000122F2">
        <w:trPr>
          <w:trHeight w:val="1304"/>
        </w:trPr>
        <w:tc>
          <w:tcPr>
            <w:tcW w:w="2381" w:type="dxa"/>
            <w:tcBorders>
              <w:top w:val="single" w:sz="6" w:space="0" w:color="D9D9D9"/>
              <w:left w:val="single" w:sz="6" w:space="0" w:color="D9D9D9"/>
              <w:bottom w:val="single" w:sz="6" w:space="0" w:color="D9D9D9"/>
              <w:right w:val="single" w:sz="6" w:space="0" w:color="D9D9D9"/>
            </w:tcBorders>
            <w:tcMar>
              <w:top w:w="80" w:type="dxa"/>
              <w:left w:w="90" w:type="dxa"/>
              <w:bottom w:w="80" w:type="dxa"/>
              <w:right w:w="90" w:type="dxa"/>
            </w:tcMar>
            <w:vAlign w:val="center"/>
          </w:tcPr>
          <w:p w14:paraId="768B60CB" w14:textId="77777777" w:rsidR="007C60EA" w:rsidRDefault="007C60EA" w:rsidP="000122F2">
            <w:pPr>
              <w:spacing w:after="0" w:line="224" w:lineRule="exact"/>
              <w:ind w:left="57"/>
            </w:pPr>
          </w:p>
        </w:tc>
        <w:tc>
          <w:tcPr>
            <w:tcW w:w="3175" w:type="dxa"/>
            <w:tcBorders>
              <w:top w:val="single" w:sz="6" w:space="0" w:color="D9D9D9"/>
              <w:left w:val="single" w:sz="6" w:space="0" w:color="D9D9D9"/>
              <w:bottom w:val="single" w:sz="6" w:space="0" w:color="D9D9D9"/>
              <w:right w:val="single" w:sz="6" w:space="0" w:color="D9D9D9"/>
            </w:tcBorders>
            <w:tcMar>
              <w:top w:w="80" w:type="dxa"/>
              <w:left w:w="90" w:type="dxa"/>
              <w:bottom w:w="80" w:type="dxa"/>
              <w:right w:w="90" w:type="dxa"/>
            </w:tcMar>
            <w:vAlign w:val="center"/>
          </w:tcPr>
          <w:p w14:paraId="5C0D317F" w14:textId="77777777" w:rsidR="007C60EA" w:rsidRDefault="007C60EA" w:rsidP="000122F2">
            <w:pPr>
              <w:spacing w:after="0" w:line="224" w:lineRule="exact"/>
              <w:ind w:left="57"/>
            </w:pPr>
          </w:p>
        </w:tc>
        <w:tc>
          <w:tcPr>
            <w:tcW w:w="2381" w:type="dxa"/>
            <w:tcBorders>
              <w:top w:val="single" w:sz="6" w:space="0" w:color="D9D9D9"/>
              <w:left w:val="single" w:sz="6" w:space="0" w:color="D9D9D9"/>
              <w:bottom w:val="single" w:sz="6" w:space="0" w:color="D9D9D9"/>
              <w:right w:val="single" w:sz="6" w:space="0" w:color="D9D9D9"/>
            </w:tcBorders>
            <w:tcMar>
              <w:top w:w="80" w:type="dxa"/>
              <w:left w:w="90" w:type="dxa"/>
              <w:bottom w:w="80" w:type="dxa"/>
              <w:right w:w="90" w:type="dxa"/>
            </w:tcMar>
            <w:vAlign w:val="center"/>
          </w:tcPr>
          <w:p w14:paraId="0130C89B" w14:textId="77777777" w:rsidR="007C60EA" w:rsidRDefault="007C60EA" w:rsidP="000122F2">
            <w:pPr>
              <w:spacing w:after="0" w:line="224" w:lineRule="exact"/>
              <w:ind w:left="57"/>
            </w:pPr>
          </w:p>
        </w:tc>
        <w:tc>
          <w:tcPr>
            <w:tcW w:w="1701" w:type="dxa"/>
            <w:tcBorders>
              <w:top w:val="single" w:sz="6" w:space="0" w:color="D9D9D9"/>
              <w:left w:val="single" w:sz="6" w:space="0" w:color="D9D9D9"/>
              <w:bottom w:val="single" w:sz="6" w:space="0" w:color="D9D9D9"/>
              <w:right w:val="single" w:sz="6" w:space="0" w:color="D9D9D9"/>
            </w:tcBorders>
            <w:tcMar>
              <w:top w:w="80" w:type="dxa"/>
              <w:left w:w="90" w:type="dxa"/>
              <w:bottom w:w="80" w:type="dxa"/>
              <w:right w:w="90" w:type="dxa"/>
            </w:tcMar>
            <w:vAlign w:val="center"/>
          </w:tcPr>
          <w:p w14:paraId="478C9243" w14:textId="77777777" w:rsidR="007C60EA" w:rsidRDefault="007C60EA" w:rsidP="000122F2">
            <w:pPr>
              <w:spacing w:after="0" w:line="224" w:lineRule="exact"/>
              <w:ind w:left="57"/>
            </w:pPr>
          </w:p>
        </w:tc>
      </w:tr>
    </w:tbl>
    <w:p w14:paraId="3CD5274B" w14:textId="77777777" w:rsidR="007C60EA" w:rsidRDefault="00000000">
      <w:pPr>
        <w:pStyle w:val="berschrift1"/>
        <w:spacing w:before="180" w:after="60"/>
      </w:pPr>
      <w:r>
        <w:rPr>
          <w:rFonts w:ascii="Arial" w:eastAsia="Arial" w:hAnsi="Arial" w:cs="Arial"/>
          <w:lang w:val="de-DE"/>
        </w:rPr>
        <w:t>Kontoverbindung</w:t>
      </w: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2721"/>
        <w:gridCol w:w="6917"/>
      </w:tblGrid>
      <w:tr w:rsidR="007C60EA" w14:paraId="4C3C4C66" w14:textId="77777777">
        <w:trPr>
          <w:trHeight w:val="425"/>
        </w:trPr>
        <w:tc>
          <w:tcPr>
            <w:tcW w:w="2721" w:type="dxa"/>
            <w:tcMar>
              <w:top w:w="40" w:type="dxa"/>
              <w:left w:w="45" w:type="dxa"/>
              <w:bottom w:w="40" w:type="dxa"/>
              <w:right w:w="45" w:type="dxa"/>
            </w:tcMar>
            <w:vAlign w:val="center"/>
          </w:tcPr>
          <w:p w14:paraId="58514348" w14:textId="77777777" w:rsidR="007C60EA" w:rsidRDefault="00000000">
            <w:pPr>
              <w:spacing w:after="0" w:line="218" w:lineRule="exact"/>
            </w:pPr>
            <w:r>
              <w:rPr>
                <w:sz w:val="17"/>
                <w:lang w:val="de-DE"/>
              </w:rPr>
              <w:t>Kontoinhaberin oder Kontoinhaber</w:t>
            </w:r>
          </w:p>
        </w:tc>
        <w:tc>
          <w:tcPr>
            <w:tcW w:w="6917" w:type="dxa"/>
            <w:tcBorders>
              <w:bottom w:val="single" w:sz="8" w:space="0" w:color="4A4A4A"/>
            </w:tcBorders>
            <w:tcMar>
              <w:top w:w="40" w:type="dxa"/>
              <w:left w:w="45" w:type="dxa"/>
              <w:bottom w:w="40" w:type="dxa"/>
              <w:right w:w="45" w:type="dxa"/>
            </w:tcMar>
            <w:vAlign w:val="center"/>
          </w:tcPr>
          <w:p w14:paraId="408F1598" w14:textId="77777777" w:rsidR="007C60EA" w:rsidRDefault="007C60EA">
            <w:pPr>
              <w:spacing w:after="0"/>
            </w:pPr>
          </w:p>
        </w:tc>
      </w:tr>
      <w:tr w:rsidR="007C60EA" w14:paraId="547679E0" w14:textId="77777777">
        <w:trPr>
          <w:trHeight w:val="425"/>
        </w:trPr>
        <w:tc>
          <w:tcPr>
            <w:tcW w:w="2721" w:type="dxa"/>
            <w:tcMar>
              <w:top w:w="40" w:type="dxa"/>
              <w:left w:w="45" w:type="dxa"/>
              <w:bottom w:w="40" w:type="dxa"/>
              <w:right w:w="45" w:type="dxa"/>
            </w:tcMar>
            <w:vAlign w:val="center"/>
          </w:tcPr>
          <w:p w14:paraId="404BB946" w14:textId="77777777" w:rsidR="007C60EA" w:rsidRDefault="00000000">
            <w:pPr>
              <w:spacing w:after="0"/>
            </w:pPr>
            <w:r>
              <w:rPr>
                <w:lang w:val="de-DE"/>
              </w:rPr>
              <w:t>Kreditinstitut</w:t>
            </w:r>
          </w:p>
        </w:tc>
        <w:tc>
          <w:tcPr>
            <w:tcW w:w="6917" w:type="dxa"/>
            <w:tcBorders>
              <w:bottom w:val="single" w:sz="8" w:space="0" w:color="4A4A4A"/>
            </w:tcBorders>
            <w:tcMar>
              <w:top w:w="40" w:type="dxa"/>
              <w:left w:w="45" w:type="dxa"/>
              <w:bottom w:w="40" w:type="dxa"/>
              <w:right w:w="45" w:type="dxa"/>
            </w:tcMar>
            <w:vAlign w:val="center"/>
          </w:tcPr>
          <w:p w14:paraId="340F9290" w14:textId="77777777" w:rsidR="007C60EA" w:rsidRDefault="007C60EA">
            <w:pPr>
              <w:spacing w:after="0"/>
            </w:pPr>
          </w:p>
        </w:tc>
      </w:tr>
    </w:tbl>
    <w:p w14:paraId="602E5EDD" w14:textId="77777777" w:rsidR="007C60EA" w:rsidRDefault="00000000">
      <w:pPr>
        <w:spacing w:before="100" w:after="40"/>
      </w:pPr>
      <w:r>
        <w:rPr>
          <w:b/>
          <w:sz w:val="18"/>
          <w:lang w:val="de-DE"/>
        </w:rPr>
        <w:t>IBAN  22 Stellen</w:t>
      </w:r>
    </w:p>
    <w:tbl>
      <w:tblPr>
        <w:tblW w:w="0" w:type="auto"/>
        <w:tblLayout w:type="fixed"/>
        <w:tblLook w:val="04A0" w:firstRow="1" w:lastRow="0" w:firstColumn="1" w:lastColumn="0" w:noHBand="0" w:noVBand="1"/>
      </w:tblPr>
      <w:tblGrid>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tblGrid>
      <w:tr w:rsidR="007C60EA" w14:paraId="7D8E6942" w14:textId="77777777">
        <w:trPr>
          <w:trHeight w:val="369"/>
        </w:trPr>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6DFA31FA" w14:textId="77777777" w:rsidR="007C60EA" w:rsidRDefault="007C60EA">
            <w:pPr>
              <w:spacing w:after="0"/>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325C4107" w14:textId="77777777" w:rsidR="007C60EA" w:rsidRDefault="007C60EA">
            <w:pPr>
              <w:spacing w:after="0"/>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1837711A" w14:textId="77777777" w:rsidR="007C60EA" w:rsidRDefault="007C60EA">
            <w:pPr>
              <w:spacing w:after="0"/>
              <w:jc w:val="center"/>
            </w:pPr>
          </w:p>
        </w:tc>
        <w:tc>
          <w:tcPr>
            <w:tcW w:w="438" w:type="dxa"/>
            <w:tcBorders>
              <w:top w:val="single" w:sz="5" w:space="0" w:color="000000"/>
              <w:left w:val="single" w:sz="5" w:space="0" w:color="000000"/>
              <w:bottom w:val="single" w:sz="5" w:space="0" w:color="000000"/>
              <w:right w:val="single" w:sz="12" w:space="0" w:color="000000"/>
            </w:tcBorders>
            <w:tcMar>
              <w:top w:w="25" w:type="dxa"/>
              <w:left w:w="0" w:type="dxa"/>
              <w:bottom w:w="25" w:type="dxa"/>
              <w:right w:w="0" w:type="dxa"/>
            </w:tcMar>
            <w:vAlign w:val="center"/>
          </w:tcPr>
          <w:p w14:paraId="21FAB7D5" w14:textId="77777777" w:rsidR="007C60EA" w:rsidRDefault="007C60EA">
            <w:pPr>
              <w:spacing w:after="0"/>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2A6B2180" w14:textId="77777777" w:rsidR="007C60EA" w:rsidRDefault="007C60EA">
            <w:pPr>
              <w:spacing w:after="0"/>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6AF0EB09" w14:textId="77777777" w:rsidR="007C60EA" w:rsidRDefault="007C60EA">
            <w:pPr>
              <w:spacing w:after="0"/>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3775B9AC" w14:textId="77777777" w:rsidR="007C60EA" w:rsidRDefault="007C60EA">
            <w:pPr>
              <w:spacing w:after="0"/>
              <w:jc w:val="center"/>
            </w:pPr>
          </w:p>
        </w:tc>
        <w:tc>
          <w:tcPr>
            <w:tcW w:w="438" w:type="dxa"/>
            <w:tcBorders>
              <w:top w:val="single" w:sz="5" w:space="0" w:color="000000"/>
              <w:left w:val="single" w:sz="5" w:space="0" w:color="000000"/>
              <w:bottom w:val="single" w:sz="5" w:space="0" w:color="000000"/>
              <w:right w:val="single" w:sz="12" w:space="0" w:color="000000"/>
            </w:tcBorders>
            <w:tcMar>
              <w:top w:w="25" w:type="dxa"/>
              <w:left w:w="0" w:type="dxa"/>
              <w:bottom w:w="25" w:type="dxa"/>
              <w:right w:w="0" w:type="dxa"/>
            </w:tcMar>
            <w:vAlign w:val="center"/>
          </w:tcPr>
          <w:p w14:paraId="3A60C9A3" w14:textId="77777777" w:rsidR="007C60EA" w:rsidRDefault="007C60EA">
            <w:pPr>
              <w:spacing w:after="0"/>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2E243700" w14:textId="77777777" w:rsidR="007C60EA" w:rsidRDefault="007C60EA">
            <w:pPr>
              <w:spacing w:after="0"/>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3E5ECB19" w14:textId="77777777" w:rsidR="007C60EA" w:rsidRDefault="007C60EA">
            <w:pPr>
              <w:spacing w:after="0"/>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55A25E97" w14:textId="77777777" w:rsidR="007C60EA" w:rsidRDefault="007C60EA">
            <w:pPr>
              <w:spacing w:after="0"/>
              <w:jc w:val="center"/>
            </w:pPr>
          </w:p>
        </w:tc>
        <w:tc>
          <w:tcPr>
            <w:tcW w:w="438" w:type="dxa"/>
            <w:tcBorders>
              <w:top w:val="single" w:sz="5" w:space="0" w:color="000000"/>
              <w:left w:val="single" w:sz="5" w:space="0" w:color="000000"/>
              <w:bottom w:val="single" w:sz="5" w:space="0" w:color="000000"/>
              <w:right w:val="single" w:sz="12" w:space="0" w:color="000000"/>
            </w:tcBorders>
            <w:tcMar>
              <w:top w:w="25" w:type="dxa"/>
              <w:left w:w="0" w:type="dxa"/>
              <w:bottom w:w="25" w:type="dxa"/>
              <w:right w:w="0" w:type="dxa"/>
            </w:tcMar>
            <w:vAlign w:val="center"/>
          </w:tcPr>
          <w:p w14:paraId="51139EE5" w14:textId="77777777" w:rsidR="007C60EA" w:rsidRDefault="007C60EA">
            <w:pPr>
              <w:spacing w:after="0"/>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78C3A170" w14:textId="77777777" w:rsidR="007C60EA" w:rsidRDefault="007C60EA">
            <w:pPr>
              <w:spacing w:after="0"/>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04153542" w14:textId="77777777" w:rsidR="007C60EA" w:rsidRDefault="007C60EA">
            <w:pPr>
              <w:spacing w:after="0"/>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3CA8EA49" w14:textId="77777777" w:rsidR="007C60EA" w:rsidRDefault="007C60EA">
            <w:pPr>
              <w:spacing w:after="0"/>
              <w:jc w:val="center"/>
            </w:pPr>
          </w:p>
        </w:tc>
        <w:tc>
          <w:tcPr>
            <w:tcW w:w="438" w:type="dxa"/>
            <w:tcBorders>
              <w:top w:val="single" w:sz="5" w:space="0" w:color="000000"/>
              <w:left w:val="single" w:sz="5" w:space="0" w:color="000000"/>
              <w:bottom w:val="single" w:sz="5" w:space="0" w:color="000000"/>
              <w:right w:val="single" w:sz="12" w:space="0" w:color="000000"/>
            </w:tcBorders>
            <w:tcMar>
              <w:top w:w="25" w:type="dxa"/>
              <w:left w:w="0" w:type="dxa"/>
              <w:bottom w:w="25" w:type="dxa"/>
              <w:right w:w="0" w:type="dxa"/>
            </w:tcMar>
            <w:vAlign w:val="center"/>
          </w:tcPr>
          <w:p w14:paraId="3730CD09" w14:textId="77777777" w:rsidR="007C60EA" w:rsidRDefault="007C60EA">
            <w:pPr>
              <w:spacing w:after="0"/>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663695EE" w14:textId="77777777" w:rsidR="007C60EA" w:rsidRDefault="007C60EA">
            <w:pPr>
              <w:spacing w:after="0"/>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5722A620" w14:textId="77777777" w:rsidR="007C60EA" w:rsidRDefault="007C60EA">
            <w:pPr>
              <w:spacing w:after="0"/>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674BEB38" w14:textId="77777777" w:rsidR="007C60EA" w:rsidRDefault="007C60EA">
            <w:pPr>
              <w:spacing w:after="0"/>
              <w:jc w:val="center"/>
            </w:pPr>
          </w:p>
        </w:tc>
        <w:tc>
          <w:tcPr>
            <w:tcW w:w="438" w:type="dxa"/>
            <w:tcBorders>
              <w:top w:val="single" w:sz="5" w:space="0" w:color="000000"/>
              <w:left w:val="single" w:sz="5" w:space="0" w:color="000000"/>
              <w:bottom w:val="single" w:sz="5" w:space="0" w:color="000000"/>
              <w:right w:val="single" w:sz="12" w:space="0" w:color="000000"/>
            </w:tcBorders>
            <w:tcMar>
              <w:top w:w="25" w:type="dxa"/>
              <w:left w:w="0" w:type="dxa"/>
              <w:bottom w:w="25" w:type="dxa"/>
              <w:right w:w="0" w:type="dxa"/>
            </w:tcMar>
            <w:vAlign w:val="center"/>
          </w:tcPr>
          <w:p w14:paraId="668BBC20" w14:textId="77777777" w:rsidR="007C60EA" w:rsidRDefault="007C60EA">
            <w:pPr>
              <w:spacing w:after="0"/>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19BD1056" w14:textId="77777777" w:rsidR="007C60EA" w:rsidRDefault="007C60EA">
            <w:pPr>
              <w:spacing w:after="0"/>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05287EA0" w14:textId="77777777" w:rsidR="007C60EA" w:rsidRDefault="007C60EA">
            <w:pPr>
              <w:spacing w:after="0"/>
              <w:jc w:val="center"/>
            </w:pPr>
          </w:p>
        </w:tc>
      </w:tr>
    </w:tbl>
    <w:p w14:paraId="5B68FE76" w14:textId="77777777" w:rsidR="007C60EA" w:rsidRDefault="00000000">
      <w:pPr>
        <w:spacing w:before="100" w:after="40"/>
      </w:pPr>
      <w:r>
        <w:rPr>
          <w:b/>
          <w:sz w:val="18"/>
          <w:lang w:val="de-DE"/>
        </w:rPr>
        <w:t>BIC  8 oder 11 Stellen</w:t>
      </w:r>
    </w:p>
    <w:tbl>
      <w:tblPr>
        <w:tblW w:w="0" w:type="auto"/>
        <w:tblLayout w:type="fixed"/>
        <w:tblLook w:val="04A0" w:firstRow="1" w:lastRow="0" w:firstColumn="1" w:lastColumn="0" w:noHBand="0" w:noVBand="1"/>
      </w:tblPr>
      <w:tblGrid>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tblGrid>
      <w:tr w:rsidR="007C60EA" w14:paraId="6FBDC2BF" w14:textId="77777777">
        <w:trPr>
          <w:trHeight w:val="397"/>
        </w:trPr>
        <w:tc>
          <w:tcPr>
            <w:tcW w:w="438" w:type="dxa"/>
            <w:tcBorders>
              <w:top w:val="single" w:sz="5" w:space="0" w:color="000000"/>
              <w:left w:val="single" w:sz="5" w:space="0" w:color="000000"/>
              <w:bottom w:val="single" w:sz="5" w:space="0" w:color="000000"/>
              <w:right w:val="single" w:sz="5" w:space="0" w:color="000000"/>
            </w:tcBorders>
            <w:tcMar>
              <w:top w:w="30" w:type="dxa"/>
              <w:left w:w="0" w:type="dxa"/>
              <w:bottom w:w="30" w:type="dxa"/>
              <w:right w:w="0" w:type="dxa"/>
            </w:tcMar>
            <w:vAlign w:val="center"/>
          </w:tcPr>
          <w:p w14:paraId="65F6EDE0" w14:textId="77777777" w:rsidR="007C60EA" w:rsidRDefault="007C60EA"/>
        </w:tc>
        <w:tc>
          <w:tcPr>
            <w:tcW w:w="438" w:type="dxa"/>
            <w:tcBorders>
              <w:top w:val="single" w:sz="5" w:space="0" w:color="000000"/>
              <w:left w:val="single" w:sz="5" w:space="0" w:color="000000"/>
              <w:bottom w:val="single" w:sz="5" w:space="0" w:color="000000"/>
              <w:right w:val="single" w:sz="5" w:space="0" w:color="000000"/>
            </w:tcBorders>
            <w:tcMar>
              <w:top w:w="30" w:type="dxa"/>
              <w:left w:w="0" w:type="dxa"/>
              <w:bottom w:w="30" w:type="dxa"/>
              <w:right w:w="0" w:type="dxa"/>
            </w:tcMar>
            <w:vAlign w:val="center"/>
          </w:tcPr>
          <w:p w14:paraId="4D1091A0" w14:textId="77777777" w:rsidR="007C60EA" w:rsidRDefault="007C60EA"/>
        </w:tc>
        <w:tc>
          <w:tcPr>
            <w:tcW w:w="438" w:type="dxa"/>
            <w:tcBorders>
              <w:top w:val="single" w:sz="5" w:space="0" w:color="000000"/>
              <w:left w:val="single" w:sz="5" w:space="0" w:color="000000"/>
              <w:bottom w:val="single" w:sz="5" w:space="0" w:color="000000"/>
              <w:right w:val="single" w:sz="5" w:space="0" w:color="000000"/>
            </w:tcBorders>
            <w:tcMar>
              <w:top w:w="30" w:type="dxa"/>
              <w:left w:w="0" w:type="dxa"/>
              <w:bottom w:w="30" w:type="dxa"/>
              <w:right w:w="0" w:type="dxa"/>
            </w:tcMar>
            <w:vAlign w:val="center"/>
          </w:tcPr>
          <w:p w14:paraId="0FAF8C82" w14:textId="77777777" w:rsidR="007C60EA" w:rsidRDefault="007C60EA"/>
        </w:tc>
        <w:tc>
          <w:tcPr>
            <w:tcW w:w="438" w:type="dxa"/>
            <w:tcBorders>
              <w:top w:val="single" w:sz="5" w:space="0" w:color="000000"/>
              <w:left w:val="single" w:sz="5" w:space="0" w:color="000000"/>
              <w:bottom w:val="single" w:sz="5" w:space="0" w:color="000000"/>
              <w:right w:val="single" w:sz="12" w:space="0" w:color="000000"/>
            </w:tcBorders>
            <w:tcMar>
              <w:top w:w="30" w:type="dxa"/>
              <w:left w:w="0" w:type="dxa"/>
              <w:bottom w:w="30" w:type="dxa"/>
              <w:right w:w="0" w:type="dxa"/>
            </w:tcMar>
            <w:vAlign w:val="center"/>
          </w:tcPr>
          <w:p w14:paraId="5CAE017C" w14:textId="77777777" w:rsidR="007C60EA" w:rsidRDefault="007C60EA"/>
        </w:tc>
        <w:tc>
          <w:tcPr>
            <w:tcW w:w="438" w:type="dxa"/>
            <w:tcBorders>
              <w:top w:val="single" w:sz="5" w:space="0" w:color="000000"/>
              <w:left w:val="single" w:sz="5" w:space="0" w:color="000000"/>
              <w:bottom w:val="single" w:sz="5" w:space="0" w:color="000000"/>
              <w:right w:val="single" w:sz="5" w:space="0" w:color="000000"/>
            </w:tcBorders>
            <w:tcMar>
              <w:top w:w="30" w:type="dxa"/>
              <w:left w:w="0" w:type="dxa"/>
              <w:bottom w:w="30" w:type="dxa"/>
              <w:right w:w="0" w:type="dxa"/>
            </w:tcMar>
            <w:vAlign w:val="center"/>
          </w:tcPr>
          <w:p w14:paraId="1A7BDCF9" w14:textId="77777777" w:rsidR="007C60EA" w:rsidRDefault="007C60EA"/>
        </w:tc>
        <w:tc>
          <w:tcPr>
            <w:tcW w:w="438" w:type="dxa"/>
            <w:tcBorders>
              <w:top w:val="single" w:sz="5" w:space="0" w:color="000000"/>
              <w:left w:val="single" w:sz="5" w:space="0" w:color="000000"/>
              <w:bottom w:val="single" w:sz="5" w:space="0" w:color="000000"/>
              <w:right w:val="single" w:sz="5" w:space="0" w:color="000000"/>
            </w:tcBorders>
            <w:tcMar>
              <w:top w:w="30" w:type="dxa"/>
              <w:left w:w="0" w:type="dxa"/>
              <w:bottom w:w="30" w:type="dxa"/>
              <w:right w:w="0" w:type="dxa"/>
            </w:tcMar>
            <w:vAlign w:val="center"/>
          </w:tcPr>
          <w:p w14:paraId="1CD8F7A7" w14:textId="77777777" w:rsidR="007C60EA" w:rsidRDefault="007C60EA"/>
        </w:tc>
        <w:tc>
          <w:tcPr>
            <w:tcW w:w="438" w:type="dxa"/>
            <w:tcBorders>
              <w:top w:val="single" w:sz="5" w:space="0" w:color="000000"/>
              <w:left w:val="single" w:sz="5" w:space="0" w:color="000000"/>
              <w:bottom w:val="single" w:sz="5" w:space="0" w:color="000000"/>
              <w:right w:val="single" w:sz="5" w:space="0" w:color="000000"/>
            </w:tcBorders>
            <w:tcMar>
              <w:top w:w="30" w:type="dxa"/>
              <w:left w:w="0" w:type="dxa"/>
              <w:bottom w:w="30" w:type="dxa"/>
              <w:right w:w="0" w:type="dxa"/>
            </w:tcMar>
            <w:vAlign w:val="center"/>
          </w:tcPr>
          <w:p w14:paraId="4AA1882D" w14:textId="77777777" w:rsidR="007C60EA" w:rsidRDefault="007C60EA"/>
        </w:tc>
        <w:tc>
          <w:tcPr>
            <w:tcW w:w="438" w:type="dxa"/>
            <w:tcBorders>
              <w:top w:val="single" w:sz="5" w:space="0" w:color="000000"/>
              <w:left w:val="single" w:sz="5" w:space="0" w:color="000000"/>
              <w:bottom w:val="single" w:sz="5" w:space="0" w:color="000000"/>
              <w:right w:val="single" w:sz="12" w:space="0" w:color="000000"/>
            </w:tcBorders>
            <w:tcMar>
              <w:top w:w="30" w:type="dxa"/>
              <w:left w:w="0" w:type="dxa"/>
              <w:bottom w:w="30" w:type="dxa"/>
              <w:right w:w="0" w:type="dxa"/>
            </w:tcMar>
            <w:vAlign w:val="center"/>
          </w:tcPr>
          <w:p w14:paraId="31F1FD44" w14:textId="77777777" w:rsidR="007C60EA" w:rsidRDefault="007C60EA"/>
        </w:tc>
        <w:tc>
          <w:tcPr>
            <w:tcW w:w="438" w:type="dxa"/>
            <w:tcBorders>
              <w:top w:val="single" w:sz="5" w:space="0" w:color="000000"/>
              <w:left w:val="single" w:sz="5" w:space="0" w:color="000000"/>
              <w:bottom w:val="single" w:sz="5" w:space="0" w:color="000000"/>
              <w:right w:val="single" w:sz="5" w:space="0" w:color="000000"/>
            </w:tcBorders>
            <w:tcMar>
              <w:top w:w="30" w:type="dxa"/>
              <w:left w:w="0" w:type="dxa"/>
              <w:bottom w:w="30" w:type="dxa"/>
              <w:right w:w="0" w:type="dxa"/>
            </w:tcMar>
            <w:vAlign w:val="center"/>
          </w:tcPr>
          <w:p w14:paraId="2B8DE828" w14:textId="77777777" w:rsidR="007C60EA" w:rsidRDefault="007C60EA"/>
        </w:tc>
        <w:tc>
          <w:tcPr>
            <w:tcW w:w="438" w:type="dxa"/>
            <w:tcBorders>
              <w:top w:val="single" w:sz="5" w:space="0" w:color="000000"/>
              <w:left w:val="single" w:sz="5" w:space="0" w:color="000000"/>
              <w:bottom w:val="single" w:sz="5" w:space="0" w:color="000000"/>
              <w:right w:val="single" w:sz="5" w:space="0" w:color="000000"/>
            </w:tcBorders>
            <w:tcMar>
              <w:top w:w="30" w:type="dxa"/>
              <w:left w:w="0" w:type="dxa"/>
              <w:bottom w:w="30" w:type="dxa"/>
              <w:right w:w="0" w:type="dxa"/>
            </w:tcMar>
            <w:vAlign w:val="center"/>
          </w:tcPr>
          <w:p w14:paraId="7E1000D2" w14:textId="77777777" w:rsidR="007C60EA" w:rsidRDefault="007C60EA"/>
        </w:tc>
        <w:tc>
          <w:tcPr>
            <w:tcW w:w="438" w:type="dxa"/>
            <w:tcBorders>
              <w:top w:val="single" w:sz="5" w:space="0" w:color="000000"/>
              <w:left w:val="single" w:sz="5" w:space="0" w:color="000000"/>
              <w:bottom w:val="single" w:sz="5" w:space="0" w:color="000000"/>
              <w:right w:val="single" w:sz="5" w:space="0" w:color="000000"/>
            </w:tcBorders>
            <w:tcMar>
              <w:top w:w="30" w:type="dxa"/>
              <w:left w:w="0" w:type="dxa"/>
              <w:bottom w:w="30" w:type="dxa"/>
              <w:right w:w="0" w:type="dxa"/>
            </w:tcMar>
            <w:vAlign w:val="center"/>
          </w:tcPr>
          <w:p w14:paraId="46FC84A1" w14:textId="77777777" w:rsidR="007C60EA" w:rsidRDefault="007C60EA"/>
        </w:tc>
        <w:tc>
          <w:tcPr>
            <w:tcW w:w="438" w:type="dxa"/>
            <w:tcMar>
              <w:top w:w="30" w:type="dxa"/>
              <w:left w:w="0" w:type="dxa"/>
              <w:bottom w:w="30" w:type="dxa"/>
              <w:right w:w="0" w:type="dxa"/>
            </w:tcMar>
            <w:vAlign w:val="center"/>
          </w:tcPr>
          <w:p w14:paraId="6078F691" w14:textId="77777777" w:rsidR="007C60EA" w:rsidRDefault="007C60EA"/>
        </w:tc>
        <w:tc>
          <w:tcPr>
            <w:tcW w:w="438" w:type="dxa"/>
            <w:tcMar>
              <w:top w:w="30" w:type="dxa"/>
              <w:left w:w="0" w:type="dxa"/>
              <w:bottom w:w="30" w:type="dxa"/>
              <w:right w:w="0" w:type="dxa"/>
            </w:tcMar>
            <w:vAlign w:val="center"/>
          </w:tcPr>
          <w:p w14:paraId="1B980FF7" w14:textId="77777777" w:rsidR="007C60EA" w:rsidRDefault="007C60EA"/>
        </w:tc>
        <w:tc>
          <w:tcPr>
            <w:tcW w:w="438" w:type="dxa"/>
            <w:tcMar>
              <w:top w:w="30" w:type="dxa"/>
              <w:left w:w="0" w:type="dxa"/>
              <w:bottom w:w="30" w:type="dxa"/>
              <w:right w:w="0" w:type="dxa"/>
            </w:tcMar>
            <w:vAlign w:val="center"/>
          </w:tcPr>
          <w:p w14:paraId="33A930CD" w14:textId="77777777" w:rsidR="007C60EA" w:rsidRDefault="007C60EA"/>
        </w:tc>
        <w:tc>
          <w:tcPr>
            <w:tcW w:w="438" w:type="dxa"/>
            <w:tcMar>
              <w:top w:w="30" w:type="dxa"/>
              <w:left w:w="0" w:type="dxa"/>
              <w:bottom w:w="30" w:type="dxa"/>
              <w:right w:w="0" w:type="dxa"/>
            </w:tcMar>
            <w:vAlign w:val="center"/>
          </w:tcPr>
          <w:p w14:paraId="7CC1F98B" w14:textId="77777777" w:rsidR="007C60EA" w:rsidRDefault="007C60EA"/>
        </w:tc>
        <w:tc>
          <w:tcPr>
            <w:tcW w:w="438" w:type="dxa"/>
            <w:tcMar>
              <w:top w:w="30" w:type="dxa"/>
              <w:left w:w="0" w:type="dxa"/>
              <w:bottom w:w="30" w:type="dxa"/>
              <w:right w:w="0" w:type="dxa"/>
            </w:tcMar>
            <w:vAlign w:val="center"/>
          </w:tcPr>
          <w:p w14:paraId="388F37DE" w14:textId="77777777" w:rsidR="007C60EA" w:rsidRDefault="007C60EA"/>
        </w:tc>
        <w:tc>
          <w:tcPr>
            <w:tcW w:w="438" w:type="dxa"/>
            <w:tcMar>
              <w:top w:w="30" w:type="dxa"/>
              <w:left w:w="0" w:type="dxa"/>
              <w:bottom w:w="30" w:type="dxa"/>
              <w:right w:w="0" w:type="dxa"/>
            </w:tcMar>
            <w:vAlign w:val="center"/>
          </w:tcPr>
          <w:p w14:paraId="695F088D" w14:textId="77777777" w:rsidR="007C60EA" w:rsidRDefault="007C60EA"/>
        </w:tc>
        <w:tc>
          <w:tcPr>
            <w:tcW w:w="438" w:type="dxa"/>
            <w:tcMar>
              <w:top w:w="30" w:type="dxa"/>
              <w:left w:w="0" w:type="dxa"/>
              <w:bottom w:w="30" w:type="dxa"/>
              <w:right w:w="0" w:type="dxa"/>
            </w:tcMar>
            <w:vAlign w:val="center"/>
          </w:tcPr>
          <w:p w14:paraId="7DD7FF4E" w14:textId="77777777" w:rsidR="007C60EA" w:rsidRDefault="007C60EA"/>
        </w:tc>
        <w:tc>
          <w:tcPr>
            <w:tcW w:w="438" w:type="dxa"/>
            <w:tcMar>
              <w:top w:w="30" w:type="dxa"/>
              <w:left w:w="0" w:type="dxa"/>
              <w:bottom w:w="30" w:type="dxa"/>
              <w:right w:w="0" w:type="dxa"/>
            </w:tcMar>
            <w:vAlign w:val="center"/>
          </w:tcPr>
          <w:p w14:paraId="626A5DBA" w14:textId="77777777" w:rsidR="007C60EA" w:rsidRDefault="007C60EA"/>
        </w:tc>
        <w:tc>
          <w:tcPr>
            <w:tcW w:w="438" w:type="dxa"/>
            <w:tcMar>
              <w:top w:w="30" w:type="dxa"/>
              <w:left w:w="0" w:type="dxa"/>
              <w:bottom w:w="30" w:type="dxa"/>
              <w:right w:w="0" w:type="dxa"/>
            </w:tcMar>
            <w:vAlign w:val="center"/>
          </w:tcPr>
          <w:p w14:paraId="259A954B" w14:textId="77777777" w:rsidR="007C60EA" w:rsidRDefault="007C60EA"/>
        </w:tc>
        <w:tc>
          <w:tcPr>
            <w:tcW w:w="438" w:type="dxa"/>
            <w:tcMar>
              <w:top w:w="30" w:type="dxa"/>
              <w:left w:w="0" w:type="dxa"/>
              <w:bottom w:w="30" w:type="dxa"/>
              <w:right w:w="0" w:type="dxa"/>
            </w:tcMar>
            <w:vAlign w:val="center"/>
          </w:tcPr>
          <w:p w14:paraId="365E273A" w14:textId="77777777" w:rsidR="007C60EA" w:rsidRDefault="007C60EA"/>
        </w:tc>
        <w:tc>
          <w:tcPr>
            <w:tcW w:w="438" w:type="dxa"/>
            <w:tcMar>
              <w:top w:w="30" w:type="dxa"/>
              <w:left w:w="0" w:type="dxa"/>
              <w:bottom w:w="30" w:type="dxa"/>
              <w:right w:w="0" w:type="dxa"/>
            </w:tcMar>
            <w:vAlign w:val="center"/>
          </w:tcPr>
          <w:p w14:paraId="5513B2C3" w14:textId="77777777" w:rsidR="007C60EA" w:rsidRDefault="007C60EA"/>
        </w:tc>
      </w:tr>
    </w:tbl>
    <w:p w14:paraId="5DE50668" w14:textId="77777777" w:rsidR="007C60EA" w:rsidRDefault="00000000">
      <w:pPr>
        <w:pStyle w:val="berschrift1"/>
        <w:spacing w:before="180" w:after="60"/>
      </w:pPr>
      <w:r>
        <w:rPr>
          <w:rFonts w:ascii="Arial" w:eastAsia="Arial" w:hAnsi="Arial" w:cs="Arial"/>
          <w:lang w:val="de-DE"/>
        </w:rPr>
        <w:t>Bestätigung</w:t>
      </w:r>
    </w:p>
    <w:p w14:paraId="3633A8B6" w14:textId="77777777" w:rsidR="007C60EA" w:rsidRDefault="00000000">
      <w:pPr>
        <w:spacing w:after="140"/>
      </w:pPr>
      <w:r>
        <w:rPr>
          <w:sz w:val="18"/>
          <w:lang w:val="de-DE"/>
        </w:rPr>
        <w:t>Mit meiner Unterschrift bestätige ich die Richtigkeit der angegebenen Bankverbindung und bitte um Überweisung des oben genannten Betrags. Das Honorar unterliegt den jeweils geltenden steuerlichen Bestimmungen. Für die Entrichtung eventuell anfallender Steuern bin ich selbst verantwortlich. Mit dem vereinbarten Honorar sind alle sonstigen Ansprüche abgegolten.</w:t>
      </w: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754"/>
        <w:gridCol w:w="2835"/>
        <w:gridCol w:w="1587"/>
        <w:gridCol w:w="4508"/>
      </w:tblGrid>
      <w:tr w:rsidR="007C60EA" w14:paraId="3D5F9D32" w14:textId="77777777" w:rsidTr="00AF79E0">
        <w:trPr>
          <w:trHeight w:val="454"/>
        </w:trPr>
        <w:tc>
          <w:tcPr>
            <w:tcW w:w="754" w:type="dxa"/>
            <w:tcMar>
              <w:top w:w="40" w:type="dxa"/>
              <w:left w:w="45" w:type="dxa"/>
              <w:bottom w:w="40" w:type="dxa"/>
              <w:right w:w="45" w:type="dxa"/>
            </w:tcMar>
            <w:vAlign w:val="center"/>
          </w:tcPr>
          <w:p w14:paraId="76DC1B4A" w14:textId="77777777" w:rsidR="007C60EA" w:rsidRDefault="00000000">
            <w:pPr>
              <w:spacing w:after="0"/>
            </w:pPr>
            <w:r>
              <w:rPr>
                <w:lang w:val="de-DE"/>
              </w:rPr>
              <w:t>Datum</w:t>
            </w:r>
          </w:p>
        </w:tc>
        <w:tc>
          <w:tcPr>
            <w:tcW w:w="2835" w:type="dxa"/>
            <w:tcBorders>
              <w:bottom w:val="single" w:sz="8" w:space="0" w:color="4A4A4A"/>
            </w:tcBorders>
            <w:tcMar>
              <w:top w:w="40" w:type="dxa"/>
              <w:left w:w="45" w:type="dxa"/>
              <w:bottom w:w="40" w:type="dxa"/>
              <w:right w:w="45" w:type="dxa"/>
            </w:tcMar>
            <w:vAlign w:val="center"/>
          </w:tcPr>
          <w:p w14:paraId="750FE987" w14:textId="77777777" w:rsidR="007C60EA" w:rsidRDefault="007C60EA" w:rsidP="00AF79E0">
            <w:pPr>
              <w:spacing w:after="0"/>
            </w:pPr>
          </w:p>
        </w:tc>
        <w:tc>
          <w:tcPr>
            <w:tcW w:w="1587" w:type="dxa"/>
            <w:tcMar>
              <w:top w:w="40" w:type="dxa"/>
              <w:left w:w="45" w:type="dxa"/>
              <w:bottom w:w="40" w:type="dxa"/>
              <w:right w:w="45" w:type="dxa"/>
            </w:tcMar>
            <w:vAlign w:val="center"/>
          </w:tcPr>
          <w:p w14:paraId="7E7EE5C9" w14:textId="77777777" w:rsidR="007C60EA" w:rsidRDefault="00000000" w:rsidP="00AF79E0">
            <w:pPr>
              <w:spacing w:after="0"/>
              <w:ind w:firstLine="385"/>
            </w:pPr>
            <w:r>
              <w:rPr>
                <w:lang w:val="de-DE"/>
              </w:rPr>
              <w:t>Unterschrift</w:t>
            </w:r>
          </w:p>
        </w:tc>
        <w:tc>
          <w:tcPr>
            <w:tcW w:w="4508" w:type="dxa"/>
            <w:tcBorders>
              <w:bottom w:val="single" w:sz="8" w:space="0" w:color="4A4A4A"/>
            </w:tcBorders>
            <w:tcMar>
              <w:top w:w="40" w:type="dxa"/>
              <w:left w:w="45" w:type="dxa"/>
              <w:bottom w:w="40" w:type="dxa"/>
              <w:right w:w="45" w:type="dxa"/>
            </w:tcMar>
            <w:vAlign w:val="center"/>
          </w:tcPr>
          <w:p w14:paraId="65425910" w14:textId="77777777" w:rsidR="007C60EA" w:rsidRDefault="007C60EA">
            <w:pPr>
              <w:spacing w:after="0"/>
            </w:pPr>
          </w:p>
        </w:tc>
      </w:tr>
    </w:tbl>
    <w:p w14:paraId="45E57807" w14:textId="514E5E78" w:rsidR="0025591F" w:rsidRDefault="0025591F" w:rsidP="00AF79E0">
      <w:pPr>
        <w:spacing w:after="200" w:line="276" w:lineRule="auto"/>
      </w:pPr>
    </w:p>
    <w:sectPr w:rsidR="0025591F" w:rsidSect="00034616">
      <w:headerReference w:type="default" r:id="rId8"/>
      <w:footerReference w:type="default" r:id="rId9"/>
      <w:headerReference w:type="first" r:id="rId10"/>
      <w:footerReference w:type="first" r:id="rId11"/>
      <w:pgSz w:w="11906" w:h="16838"/>
      <w:pgMar w:top="2381" w:right="1134" w:bottom="1587" w:left="1134" w:header="0" w:footer="65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9225347" w14:textId="77777777" w:rsidR="003C1F97" w:rsidRDefault="003C1F97">
      <w:pPr>
        <w:spacing w:after="0"/>
      </w:pPr>
      <w:r>
        <w:separator/>
      </w:r>
    </w:p>
  </w:endnote>
  <w:endnote w:type="continuationSeparator" w:id="0">
    <w:p w14:paraId="5BA01710" w14:textId="77777777" w:rsidR="003C1F97" w:rsidRDefault="003C1F9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03662F9" w14:textId="77777777" w:rsidR="00323A16" w:rsidRDefault="00000000">
    <w:pPr>
      <w:pStyle w:val="Fuzeile"/>
      <w:spacing w:after="168" w:line="168" w:lineRule="exact"/>
      <w:jc w:val="right"/>
    </w:pPr>
    <w:proofErr w:type="spellStart"/>
    <w:r>
      <w:rPr>
        <w:color w:val="4D4D4D"/>
        <w:sz w:val="14"/>
      </w:rPr>
      <w:t>Seite</w:t>
    </w:r>
    <w:proofErr w:type="spellEnd"/>
    <w:r>
      <w:rPr>
        <w:color w:val="4D4D4D"/>
        <w:sz w:val="14"/>
      </w:rPr>
      <w:t xml:space="preserve"> </w:t>
    </w:r>
    <w:r>
      <w:rPr>
        <w:color w:val="4D4D4D"/>
        <w:sz w:val="14"/>
      </w:rPr>
      <w:fldChar w:fldCharType="begin"/>
    </w:r>
    <w:r>
      <w:rPr>
        <w:color w:val="4D4D4D"/>
        <w:sz w:val="14"/>
      </w:rPr>
      <w:instrText xml:space="preserve"> PAGE </w:instrText>
    </w:r>
    <w:r>
      <w:rPr>
        <w:color w:val="4D4D4D"/>
        <w:sz w:val="14"/>
      </w:rPr>
      <w:fldChar w:fldCharType="separate"/>
    </w:r>
    <w:r>
      <w:rPr>
        <w:color w:val="4D4D4D"/>
        <w:sz w:val="14"/>
      </w:rPr>
      <w:t>2</w:t>
    </w:r>
    <w:r>
      <w:rPr>
        <w:color w:val="4D4D4D"/>
        <w:sz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B4F5CCB" w14:textId="77777777" w:rsidR="00323A16" w:rsidRDefault="00000000">
    <w:pPr>
      <w:pStyle w:val="Fuzeile"/>
      <w:spacing w:line="168" w:lineRule="exact"/>
      <w:jc w:val="right"/>
    </w:pPr>
    <w:proofErr w:type="spellStart"/>
    <w:r>
      <w:rPr>
        <w:color w:val="4D4D4D"/>
        <w:sz w:val="14"/>
      </w:rPr>
      <w:t>Vorsitzende</w:t>
    </w:r>
    <w:proofErr w:type="spellEnd"/>
    <w:r>
      <w:rPr>
        <w:color w:val="4D4D4D"/>
        <w:sz w:val="14"/>
      </w:rPr>
      <w:t>: Anna Bruscha, Florian Mohr, Nicolas John</w:t>
    </w:r>
    <w:r>
      <w:rPr>
        <w:color w:val="4D4D4D"/>
        <w:sz w:val="14"/>
      </w:rPr>
      <w:br/>
      <w:t>Sparkasse Memmingen DE04 7315 0000 0430 1142 07 • BIC: BYLADEM1MLM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9C5B903" w14:textId="77777777" w:rsidR="003C1F97" w:rsidRDefault="003C1F97">
      <w:pPr>
        <w:spacing w:after="0"/>
      </w:pPr>
      <w:r>
        <w:separator/>
      </w:r>
    </w:p>
  </w:footnote>
  <w:footnote w:type="continuationSeparator" w:id="0">
    <w:p w14:paraId="0FF334C1" w14:textId="77777777" w:rsidR="003C1F97" w:rsidRDefault="003C1F9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DD1FABB" w14:textId="77777777" w:rsidR="00323A16" w:rsidRDefault="00000000">
    <w:pPr>
      <w:pStyle w:val="Kopfzeile"/>
    </w:pPr>
    <w:r>
      <w:rPr>
        <w:noProof/>
      </w:rPr>
      <w:drawing>
        <wp:anchor distT="0" distB="0" distL="0" distR="0" simplePos="0" relativeHeight="251658240" behindDoc="1" locked="1" layoutInCell="1" allowOverlap="1" wp14:anchorId="12C5EF3A" wp14:editId="0BA4763E">
          <wp:simplePos x="0" y="0"/>
          <wp:positionH relativeFrom="page">
            <wp:posOffset>1270</wp:posOffset>
          </wp:positionH>
          <wp:positionV relativeFrom="page">
            <wp:posOffset>0</wp:posOffset>
          </wp:positionV>
          <wp:extent cx="7557135" cy="10691495"/>
          <wp:effectExtent l="0" t="0" r="0" b="1905"/>
          <wp:wrapNone/>
          <wp:docPr id="1" name="StaKa Briefpapier ab Seit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Ka Briefpapier ab Seite 2"/>
                  <pic:cNvPicPr/>
                </pic:nvPicPr>
                <pic:blipFill>
                  <a:blip r:embed="rId1">
                    <a:extLst>
                      <a:ext uri="{96DAC541-7B7A-43D3-8B79-37D633B846F1}">
                        <asvg:svgBlip xmlns:asvg="http://schemas.microsoft.com/office/drawing/2016/SVG/main" r:embed="rId2"/>
                      </a:ext>
                    </a:extLst>
                  </a:blip>
                  <a:stretch>
                    <a:fillRect/>
                  </a:stretch>
                </pic:blipFill>
                <pic:spPr>
                  <a:xfrm>
                    <a:off x="0" y="0"/>
                    <a:ext cx="7557135" cy="1069149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97E06D" w14:textId="77777777" w:rsidR="00323A16" w:rsidRDefault="00000000">
    <w:pPr>
      <w:pStyle w:val="Kopfzeile"/>
    </w:pPr>
    <w:r>
      <w:rPr>
        <w:noProof/>
      </w:rPr>
      <w:drawing>
        <wp:anchor distT="0" distB="0" distL="0" distR="0" simplePos="0" relativeHeight="251659264" behindDoc="1" locked="1" layoutInCell="1" allowOverlap="1" wp14:anchorId="52215EEC" wp14:editId="485865E5">
          <wp:simplePos x="0" y="0"/>
          <wp:positionH relativeFrom="page">
            <wp:posOffset>516255</wp:posOffset>
          </wp:positionH>
          <wp:positionV relativeFrom="page">
            <wp:posOffset>0</wp:posOffset>
          </wp:positionV>
          <wp:extent cx="7043420" cy="10691495"/>
          <wp:effectExtent l="0" t="0" r="5080" b="1905"/>
          <wp:wrapNone/>
          <wp:docPr id="1713960582" name="StaKa Briefpapier Seit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960582" name="StaKa Briefpapier Seite 1"/>
                  <pic:cNvPicPr/>
                </pic:nvPicPr>
                <pic:blipFill rotWithShape="1">
                  <a:blip r:embed="rId1">
                    <a:extLst>
                      <a:ext uri="{96DAC541-7B7A-43D3-8B79-37D633B846F1}">
                        <asvg:svgBlip xmlns:asvg="http://schemas.microsoft.com/office/drawing/2016/SVG/main" r:embed="rId2"/>
                      </a:ext>
                    </a:extLst>
                  </a:blip>
                  <a:srcRect l="6831" t="23" b="23"/>
                  <a:stretch>
                    <a:fillRect/>
                  </a:stretch>
                </pic:blipFill>
                <pic:spPr bwMode="auto">
                  <a:xfrm>
                    <a:off x="0" y="0"/>
                    <a:ext cx="7043420" cy="10691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numm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numm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Aufzhlungszeich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Aufzhlungszeich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numm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ufzhlungszeichen"/>
      <w:lvlText w:val=""/>
      <w:lvlJc w:val="left"/>
      <w:pPr>
        <w:tabs>
          <w:tab w:val="num" w:pos="360"/>
        </w:tabs>
        <w:ind w:left="360" w:hanging="360"/>
      </w:pPr>
      <w:rPr>
        <w:rFonts w:ascii="Symbol" w:hAnsi="Symbol" w:hint="default"/>
      </w:rPr>
    </w:lvl>
  </w:abstractNum>
  <w:num w:numId="1" w16cid:durableId="492793701">
    <w:abstractNumId w:val="8"/>
  </w:num>
  <w:num w:numId="2" w16cid:durableId="1105731826">
    <w:abstractNumId w:val="6"/>
  </w:num>
  <w:num w:numId="3" w16cid:durableId="569659933">
    <w:abstractNumId w:val="5"/>
  </w:num>
  <w:num w:numId="4" w16cid:durableId="1410226861">
    <w:abstractNumId w:val="4"/>
  </w:num>
  <w:num w:numId="5" w16cid:durableId="1781949770">
    <w:abstractNumId w:val="7"/>
  </w:num>
  <w:num w:numId="6" w16cid:durableId="1218667468">
    <w:abstractNumId w:val="3"/>
  </w:num>
  <w:num w:numId="7" w16cid:durableId="639920171">
    <w:abstractNumId w:val="2"/>
  </w:num>
  <w:num w:numId="8" w16cid:durableId="1034845497">
    <w:abstractNumId w:val="1"/>
  </w:num>
  <w:num w:numId="9" w16cid:durableId="178946704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4"/>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22F2"/>
    <w:rsid w:val="00034616"/>
    <w:rsid w:val="0006063C"/>
    <w:rsid w:val="0015074B"/>
    <w:rsid w:val="0025591F"/>
    <w:rsid w:val="00281A12"/>
    <w:rsid w:val="0029639D"/>
    <w:rsid w:val="00323A16"/>
    <w:rsid w:val="00326F90"/>
    <w:rsid w:val="003C1F97"/>
    <w:rsid w:val="00413CCD"/>
    <w:rsid w:val="0062240F"/>
    <w:rsid w:val="0074045E"/>
    <w:rsid w:val="007C60EA"/>
    <w:rsid w:val="00AA1D8D"/>
    <w:rsid w:val="00AF79E0"/>
    <w:rsid w:val="00B07648"/>
    <w:rsid w:val="00B47730"/>
    <w:rsid w:val="00CB0664"/>
    <w:rsid w:val="00F630E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A5348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C693F"/>
    <w:pPr>
      <w:spacing w:after="60" w:line="230" w:lineRule="exact"/>
    </w:pPr>
    <w:rPr>
      <w:rFonts w:ascii="Arial" w:eastAsia="Arial" w:hAnsi="Arial" w:cs="Arial"/>
      <w:color w:val="000000"/>
      <w:sz w:val="19"/>
    </w:rPr>
  </w:style>
  <w:style w:type="paragraph" w:styleId="berschrift1">
    <w:name w:val="heading 1"/>
    <w:basedOn w:val="Standard"/>
    <w:next w:val="Standard"/>
    <w:link w:val="berschrift1Zchn"/>
    <w:uiPriority w:val="9"/>
    <w:qFormat/>
    <w:rsid w:val="00FC693F"/>
    <w:pPr>
      <w:spacing w:before="80" w:after="24" w:line="276" w:lineRule="auto"/>
      <w:outlineLvl w:val="0"/>
    </w:pPr>
    <w:rPr>
      <w:rFonts w:asciiTheme="majorHAnsi" w:eastAsiaTheme="majorEastAsia" w:hAnsiTheme="majorHAnsi" w:cstheme="majorBidi"/>
      <w:b/>
      <w:bCs/>
      <w:sz w:val="21"/>
      <w:szCs w:val="28"/>
    </w:rPr>
  </w:style>
  <w:style w:type="paragraph" w:styleId="berschrift2">
    <w:name w:val="heading 2"/>
    <w:basedOn w:val="Standard"/>
    <w:next w:val="Standard"/>
    <w:link w:val="berschrift2Zchn"/>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erschrift9">
    <w:name w:val="heading 9"/>
    <w:basedOn w:val="Standard"/>
    <w:next w:val="Standard"/>
    <w:link w:val="berschrift9Zchn"/>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618BF"/>
    <w:pPr>
      <w:tabs>
        <w:tab w:val="center" w:pos="4680"/>
        <w:tab w:val="right" w:pos="9360"/>
      </w:tabs>
      <w:spacing w:after="0"/>
    </w:pPr>
  </w:style>
  <w:style w:type="character" w:customStyle="1" w:styleId="KopfzeileZchn">
    <w:name w:val="Kopfzeile Zchn"/>
    <w:basedOn w:val="Absatz-Standardschriftart"/>
    <w:link w:val="Kopfzeile"/>
    <w:uiPriority w:val="99"/>
    <w:rsid w:val="00E618BF"/>
  </w:style>
  <w:style w:type="paragraph" w:styleId="Fuzeile">
    <w:name w:val="footer"/>
    <w:basedOn w:val="Standard"/>
    <w:link w:val="FuzeileZchn"/>
    <w:uiPriority w:val="99"/>
    <w:unhideWhenUsed/>
    <w:rsid w:val="00E618BF"/>
    <w:pPr>
      <w:tabs>
        <w:tab w:val="center" w:pos="4680"/>
        <w:tab w:val="right" w:pos="9360"/>
      </w:tabs>
      <w:spacing w:after="0"/>
    </w:pPr>
  </w:style>
  <w:style w:type="character" w:customStyle="1" w:styleId="FuzeileZchn">
    <w:name w:val="Fußzeile Zchn"/>
    <w:basedOn w:val="Absatz-Standardschriftart"/>
    <w:link w:val="Fuzeile"/>
    <w:uiPriority w:val="99"/>
    <w:rsid w:val="00E618BF"/>
  </w:style>
  <w:style w:type="paragraph" w:styleId="KeinLeerraum">
    <w:name w:val="No Spacing"/>
    <w:uiPriority w:val="1"/>
    <w:qFormat/>
    <w:rsid w:val="00FC693F"/>
    <w:pPr>
      <w:spacing w:after="0" w:line="240" w:lineRule="auto"/>
    </w:pPr>
  </w:style>
  <w:style w:type="character" w:customStyle="1" w:styleId="berschrift1Zchn">
    <w:name w:val="Überschrift 1 Zchn"/>
    <w:basedOn w:val="Absatz-Standardschriftart"/>
    <w:link w:val="berschrift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C693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C693F"/>
    <w:rPr>
      <w:rFonts w:asciiTheme="majorHAnsi" w:eastAsiaTheme="majorEastAsia" w:hAnsiTheme="majorHAnsi" w:cstheme="majorBidi"/>
      <w:b/>
      <w:bCs/>
      <w:color w:val="4F81BD" w:themeColor="accent1"/>
    </w:rPr>
  </w:style>
  <w:style w:type="paragraph" w:styleId="Titel">
    <w:name w:val="Title"/>
    <w:basedOn w:val="Standard"/>
    <w:next w:val="Standard"/>
    <w:link w:val="TitelZchn"/>
    <w:uiPriority w:val="10"/>
    <w:qFormat/>
    <w:rsid w:val="00FC693F"/>
    <w:pPr>
      <w:spacing w:after="100" w:line="276" w:lineRule="auto"/>
      <w:contextualSpacing/>
    </w:pPr>
    <w:rPr>
      <w:rFonts w:asciiTheme="majorHAnsi" w:eastAsiaTheme="majorEastAsia" w:hAnsiTheme="majorHAnsi" w:cstheme="majorBidi"/>
      <w:b/>
      <w:spacing w:val="5"/>
      <w:kern w:val="28"/>
      <w:sz w:val="30"/>
      <w:szCs w:val="52"/>
    </w:rPr>
  </w:style>
  <w:style w:type="character" w:customStyle="1" w:styleId="TitelZchn">
    <w:name w:val="Titel Zchn"/>
    <w:basedOn w:val="Absatz-Standardschriftart"/>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Untertitel">
    <w:name w:val="Subtitle"/>
    <w:basedOn w:val="Standard"/>
    <w:next w:val="Standard"/>
    <w:link w:val="UntertitelZchn"/>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UntertitelZchn">
    <w:name w:val="Untertitel Zchn"/>
    <w:basedOn w:val="Absatz-Standardschriftart"/>
    <w:link w:val="Untertitel"/>
    <w:uiPriority w:val="11"/>
    <w:rsid w:val="00FC693F"/>
    <w:rPr>
      <w:rFonts w:asciiTheme="majorHAnsi" w:eastAsiaTheme="majorEastAsia" w:hAnsiTheme="majorHAnsi" w:cstheme="majorBidi"/>
      <w:i/>
      <w:iCs/>
      <w:color w:val="4F81BD" w:themeColor="accent1"/>
      <w:spacing w:val="15"/>
      <w:sz w:val="24"/>
      <w:szCs w:val="24"/>
    </w:rPr>
  </w:style>
  <w:style w:type="paragraph" w:styleId="Listenabsatz">
    <w:name w:val="List Paragraph"/>
    <w:basedOn w:val="Standard"/>
    <w:uiPriority w:val="34"/>
    <w:qFormat/>
    <w:rsid w:val="00FC693F"/>
    <w:pPr>
      <w:ind w:left="720"/>
      <w:contextualSpacing/>
    </w:pPr>
  </w:style>
  <w:style w:type="paragraph" w:styleId="Textkrper">
    <w:name w:val="Body Text"/>
    <w:basedOn w:val="Standard"/>
    <w:link w:val="TextkrperZchn"/>
    <w:uiPriority w:val="99"/>
    <w:unhideWhenUsed/>
    <w:rsid w:val="00AA1D8D"/>
    <w:pPr>
      <w:spacing w:after="120"/>
    </w:pPr>
  </w:style>
  <w:style w:type="character" w:customStyle="1" w:styleId="TextkrperZchn">
    <w:name w:val="Textkörper Zchn"/>
    <w:basedOn w:val="Absatz-Standardschriftart"/>
    <w:link w:val="Textkrper"/>
    <w:uiPriority w:val="99"/>
    <w:rsid w:val="00AA1D8D"/>
  </w:style>
  <w:style w:type="paragraph" w:styleId="Textkrper2">
    <w:name w:val="Body Text 2"/>
    <w:basedOn w:val="Standard"/>
    <w:link w:val="Textkrper2Zchn"/>
    <w:uiPriority w:val="99"/>
    <w:unhideWhenUsed/>
    <w:rsid w:val="00AA1D8D"/>
    <w:pPr>
      <w:spacing w:after="120" w:line="480" w:lineRule="auto"/>
    </w:pPr>
  </w:style>
  <w:style w:type="character" w:customStyle="1" w:styleId="Textkrper2Zchn">
    <w:name w:val="Textkörper 2 Zchn"/>
    <w:basedOn w:val="Absatz-Standardschriftart"/>
    <w:link w:val="Textkrper2"/>
    <w:uiPriority w:val="99"/>
    <w:rsid w:val="00AA1D8D"/>
  </w:style>
  <w:style w:type="paragraph" w:styleId="Textkrper3">
    <w:name w:val="Body Text 3"/>
    <w:basedOn w:val="Standard"/>
    <w:link w:val="Textkrper3Zchn"/>
    <w:uiPriority w:val="99"/>
    <w:unhideWhenUsed/>
    <w:rsid w:val="00AA1D8D"/>
    <w:pPr>
      <w:spacing w:after="120"/>
    </w:pPr>
    <w:rPr>
      <w:sz w:val="16"/>
      <w:szCs w:val="16"/>
    </w:rPr>
  </w:style>
  <w:style w:type="character" w:customStyle="1" w:styleId="Textkrper3Zchn">
    <w:name w:val="Textkörper 3 Zchn"/>
    <w:basedOn w:val="Absatz-Standardschriftart"/>
    <w:link w:val="Textkrper3"/>
    <w:uiPriority w:val="99"/>
    <w:rsid w:val="00AA1D8D"/>
    <w:rPr>
      <w:sz w:val="16"/>
      <w:szCs w:val="16"/>
    </w:rPr>
  </w:style>
  <w:style w:type="paragraph" w:styleId="Liste">
    <w:name w:val="List"/>
    <w:basedOn w:val="Standard"/>
    <w:uiPriority w:val="99"/>
    <w:unhideWhenUsed/>
    <w:rsid w:val="00AA1D8D"/>
    <w:pPr>
      <w:ind w:left="360" w:hanging="360"/>
      <w:contextualSpacing/>
    </w:pPr>
  </w:style>
  <w:style w:type="paragraph" w:styleId="Liste2">
    <w:name w:val="List 2"/>
    <w:basedOn w:val="Standard"/>
    <w:uiPriority w:val="99"/>
    <w:unhideWhenUsed/>
    <w:rsid w:val="00326F90"/>
    <w:pPr>
      <w:ind w:left="720" w:hanging="360"/>
      <w:contextualSpacing/>
    </w:pPr>
  </w:style>
  <w:style w:type="paragraph" w:styleId="Liste3">
    <w:name w:val="List 3"/>
    <w:basedOn w:val="Standard"/>
    <w:uiPriority w:val="99"/>
    <w:unhideWhenUsed/>
    <w:rsid w:val="00326F90"/>
    <w:pPr>
      <w:ind w:left="1080" w:hanging="360"/>
      <w:contextualSpacing/>
    </w:pPr>
  </w:style>
  <w:style w:type="paragraph" w:styleId="Aufzhlungszeichen">
    <w:name w:val="List Bullet"/>
    <w:basedOn w:val="Standard"/>
    <w:uiPriority w:val="99"/>
    <w:unhideWhenUsed/>
    <w:rsid w:val="00326F90"/>
    <w:pPr>
      <w:numPr>
        <w:numId w:val="1"/>
      </w:numPr>
      <w:contextualSpacing/>
    </w:pPr>
  </w:style>
  <w:style w:type="paragraph" w:styleId="Aufzhlungszeichen2">
    <w:name w:val="List Bullet 2"/>
    <w:basedOn w:val="Standard"/>
    <w:uiPriority w:val="99"/>
    <w:unhideWhenUsed/>
    <w:rsid w:val="00326F90"/>
    <w:pPr>
      <w:numPr>
        <w:numId w:val="2"/>
      </w:numPr>
      <w:contextualSpacing/>
    </w:pPr>
  </w:style>
  <w:style w:type="paragraph" w:styleId="Aufzhlungszeichen3">
    <w:name w:val="List Bullet 3"/>
    <w:basedOn w:val="Standard"/>
    <w:uiPriority w:val="99"/>
    <w:unhideWhenUsed/>
    <w:rsid w:val="00326F90"/>
    <w:pPr>
      <w:numPr>
        <w:numId w:val="3"/>
      </w:numPr>
      <w:contextualSpacing/>
    </w:pPr>
  </w:style>
  <w:style w:type="paragraph" w:styleId="Listennummer">
    <w:name w:val="List Number"/>
    <w:basedOn w:val="Standard"/>
    <w:uiPriority w:val="99"/>
    <w:unhideWhenUsed/>
    <w:rsid w:val="00326F90"/>
    <w:pPr>
      <w:numPr>
        <w:numId w:val="5"/>
      </w:numPr>
      <w:contextualSpacing/>
    </w:pPr>
  </w:style>
  <w:style w:type="paragraph" w:styleId="Listennummer2">
    <w:name w:val="List Number 2"/>
    <w:basedOn w:val="Standard"/>
    <w:uiPriority w:val="99"/>
    <w:unhideWhenUsed/>
    <w:rsid w:val="0029639D"/>
    <w:pPr>
      <w:numPr>
        <w:numId w:val="6"/>
      </w:numPr>
      <w:contextualSpacing/>
    </w:pPr>
  </w:style>
  <w:style w:type="paragraph" w:styleId="Listennummer3">
    <w:name w:val="List Number 3"/>
    <w:basedOn w:val="Standard"/>
    <w:uiPriority w:val="99"/>
    <w:unhideWhenUsed/>
    <w:rsid w:val="0029639D"/>
    <w:pPr>
      <w:numPr>
        <w:numId w:val="7"/>
      </w:numPr>
      <w:contextualSpacing/>
    </w:pPr>
  </w:style>
  <w:style w:type="paragraph" w:styleId="Listenfortsetzung">
    <w:name w:val="List Continue"/>
    <w:basedOn w:val="Standard"/>
    <w:uiPriority w:val="99"/>
    <w:unhideWhenUsed/>
    <w:rsid w:val="0029639D"/>
    <w:pPr>
      <w:spacing w:after="120"/>
      <w:ind w:left="360"/>
      <w:contextualSpacing/>
    </w:pPr>
  </w:style>
  <w:style w:type="paragraph" w:styleId="Listenfortsetzung2">
    <w:name w:val="List Continue 2"/>
    <w:basedOn w:val="Standard"/>
    <w:uiPriority w:val="99"/>
    <w:unhideWhenUsed/>
    <w:rsid w:val="0029639D"/>
    <w:pPr>
      <w:spacing w:after="120"/>
      <w:ind w:left="720"/>
      <w:contextualSpacing/>
    </w:pPr>
  </w:style>
  <w:style w:type="paragraph" w:styleId="Listenfortsetzung3">
    <w:name w:val="List Continue 3"/>
    <w:basedOn w:val="Standard"/>
    <w:uiPriority w:val="99"/>
    <w:unhideWhenUsed/>
    <w:rsid w:val="0029639D"/>
    <w:pPr>
      <w:spacing w:after="120"/>
      <w:ind w:left="1080"/>
      <w:contextualSpacing/>
    </w:pPr>
  </w:style>
  <w:style w:type="paragraph" w:styleId="Makrotext">
    <w:name w:val="macro"/>
    <w:link w:val="MakrotextZchn"/>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textZchn">
    <w:name w:val="Makrotext Zchn"/>
    <w:basedOn w:val="Absatz-Standardschriftart"/>
    <w:link w:val="Makrotext"/>
    <w:uiPriority w:val="99"/>
    <w:rsid w:val="0029639D"/>
    <w:rPr>
      <w:rFonts w:ascii="Courier" w:hAnsi="Courier"/>
      <w:sz w:val="20"/>
      <w:szCs w:val="20"/>
    </w:rPr>
  </w:style>
  <w:style w:type="paragraph" w:styleId="Zitat">
    <w:name w:val="Quote"/>
    <w:basedOn w:val="Standard"/>
    <w:next w:val="Standard"/>
    <w:link w:val="ZitatZchn"/>
    <w:uiPriority w:val="29"/>
    <w:qFormat/>
    <w:rsid w:val="00FC693F"/>
    <w:rPr>
      <w:i/>
      <w:iCs/>
      <w:color w:val="000000" w:themeColor="text1"/>
    </w:rPr>
  </w:style>
  <w:style w:type="character" w:customStyle="1" w:styleId="ZitatZchn">
    <w:name w:val="Zitat Zchn"/>
    <w:basedOn w:val="Absatz-Standardschriftart"/>
    <w:link w:val="Zitat"/>
    <w:uiPriority w:val="29"/>
    <w:rsid w:val="00FC693F"/>
    <w:rPr>
      <w:i/>
      <w:iCs/>
      <w:color w:val="000000" w:themeColor="text1"/>
    </w:rPr>
  </w:style>
  <w:style w:type="character" w:customStyle="1" w:styleId="berschrift4Zchn">
    <w:name w:val="Überschrift 4 Zchn"/>
    <w:basedOn w:val="Absatz-Standardschriftart"/>
    <w:link w:val="berschrift4"/>
    <w:uiPriority w:val="9"/>
    <w:semiHidden/>
    <w:rsid w:val="00FC693F"/>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FC693F"/>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FC693F"/>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FC693F"/>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FC693F"/>
    <w:rPr>
      <w:rFonts w:asciiTheme="majorHAnsi" w:eastAsiaTheme="majorEastAsia" w:hAnsiTheme="majorHAnsi" w:cstheme="majorBidi"/>
      <w:color w:val="4F81BD" w:themeColor="accent1"/>
      <w:sz w:val="20"/>
      <w:szCs w:val="20"/>
    </w:rPr>
  </w:style>
  <w:style w:type="character" w:customStyle="1" w:styleId="berschrift9Zchn">
    <w:name w:val="Überschrift 9 Zchn"/>
    <w:basedOn w:val="Absatz-Standardschriftart"/>
    <w:link w:val="berschrift9"/>
    <w:uiPriority w:val="9"/>
    <w:semiHidden/>
    <w:rsid w:val="00FC693F"/>
    <w:rPr>
      <w:rFonts w:asciiTheme="majorHAnsi" w:eastAsiaTheme="majorEastAsia" w:hAnsiTheme="majorHAnsi" w:cstheme="majorBidi"/>
      <w:i/>
      <w:iCs/>
      <w:color w:val="404040" w:themeColor="text1" w:themeTint="BF"/>
      <w:sz w:val="20"/>
      <w:szCs w:val="20"/>
    </w:rPr>
  </w:style>
  <w:style w:type="paragraph" w:styleId="Beschriftung">
    <w:name w:val="caption"/>
    <w:basedOn w:val="Standard"/>
    <w:next w:val="Standard"/>
    <w:uiPriority w:val="35"/>
    <w:semiHidden/>
    <w:unhideWhenUsed/>
    <w:qFormat/>
    <w:rsid w:val="00FC693F"/>
    <w:rPr>
      <w:b/>
      <w:bCs/>
      <w:color w:val="4F81BD" w:themeColor="accent1"/>
      <w:sz w:val="18"/>
      <w:szCs w:val="18"/>
    </w:rPr>
  </w:style>
  <w:style w:type="character" w:styleId="Fett">
    <w:name w:val="Strong"/>
    <w:basedOn w:val="Absatz-Standardschriftart"/>
    <w:uiPriority w:val="22"/>
    <w:qFormat/>
    <w:rsid w:val="00FC693F"/>
    <w:rPr>
      <w:b/>
      <w:bCs/>
    </w:rPr>
  </w:style>
  <w:style w:type="character" w:styleId="Hervorhebung">
    <w:name w:val="Emphasis"/>
    <w:basedOn w:val="Absatz-Standardschriftart"/>
    <w:uiPriority w:val="20"/>
    <w:qFormat/>
    <w:rsid w:val="00FC693F"/>
    <w:rPr>
      <w:i/>
      <w:iCs/>
    </w:rPr>
  </w:style>
  <w:style w:type="paragraph" w:styleId="IntensivesZitat">
    <w:name w:val="Intense Quote"/>
    <w:basedOn w:val="Standard"/>
    <w:next w:val="Standard"/>
    <w:link w:val="IntensivesZitatZchn"/>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FC693F"/>
    <w:rPr>
      <w:b/>
      <w:bCs/>
      <w:i/>
      <w:iCs/>
      <w:color w:val="4F81BD" w:themeColor="accent1"/>
    </w:rPr>
  </w:style>
  <w:style w:type="character" w:styleId="SchwacheHervorhebung">
    <w:name w:val="Subtle Emphasis"/>
    <w:basedOn w:val="Absatz-Standardschriftart"/>
    <w:uiPriority w:val="19"/>
    <w:qFormat/>
    <w:rsid w:val="00FC693F"/>
    <w:rPr>
      <w:i/>
      <w:iCs/>
      <w:color w:val="808080" w:themeColor="text1" w:themeTint="7F"/>
    </w:rPr>
  </w:style>
  <w:style w:type="character" w:styleId="IntensiveHervorhebung">
    <w:name w:val="Intense Emphasis"/>
    <w:basedOn w:val="Absatz-Standardschriftart"/>
    <w:uiPriority w:val="21"/>
    <w:qFormat/>
    <w:rsid w:val="00FC693F"/>
    <w:rPr>
      <w:b/>
      <w:bCs/>
      <w:i/>
      <w:iCs/>
      <w:color w:val="4F81BD" w:themeColor="accent1"/>
    </w:rPr>
  </w:style>
  <w:style w:type="character" w:styleId="SchwacherVerweis">
    <w:name w:val="Subtle Reference"/>
    <w:basedOn w:val="Absatz-Standardschriftart"/>
    <w:uiPriority w:val="31"/>
    <w:qFormat/>
    <w:rsid w:val="00FC693F"/>
    <w:rPr>
      <w:smallCaps/>
      <w:color w:val="C0504D" w:themeColor="accent2"/>
      <w:u w:val="single"/>
    </w:rPr>
  </w:style>
  <w:style w:type="character" w:styleId="IntensiverVerweis">
    <w:name w:val="Intense Reference"/>
    <w:basedOn w:val="Absatz-Standardschriftart"/>
    <w:uiPriority w:val="32"/>
    <w:qFormat/>
    <w:rsid w:val="00FC693F"/>
    <w:rPr>
      <w:b/>
      <w:bCs/>
      <w:smallCaps/>
      <w:color w:val="C0504D" w:themeColor="accent2"/>
      <w:spacing w:val="5"/>
      <w:u w:val="single"/>
    </w:rPr>
  </w:style>
  <w:style w:type="character" w:styleId="Buchtitel">
    <w:name w:val="Book Title"/>
    <w:basedOn w:val="Absatz-Standardschriftart"/>
    <w:uiPriority w:val="33"/>
    <w:qFormat/>
    <w:rsid w:val="00FC693F"/>
    <w:rPr>
      <w:b/>
      <w:bCs/>
      <w:smallCaps/>
      <w:spacing w:val="5"/>
    </w:rPr>
  </w:style>
  <w:style w:type="paragraph" w:styleId="Inhaltsverzeichnisberschrift">
    <w:name w:val="TOC Heading"/>
    <w:basedOn w:val="berschrift1"/>
    <w:next w:val="Standard"/>
    <w:uiPriority w:val="39"/>
    <w:semiHidden/>
    <w:unhideWhenUsed/>
    <w:qFormat/>
    <w:rsid w:val="00FC693F"/>
    <w:pPr>
      <w:outlineLvl w:val="9"/>
    </w:pPr>
  </w:style>
  <w:style w:type="table" w:styleId="Tabellenraster">
    <w:name w:val="Table Grid"/>
    <w:basedOn w:val="NormaleTabel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chattierung">
    <w:name w:val="Light Shading"/>
    <w:basedOn w:val="NormaleTabel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Liste">
    <w:name w:val="Light List"/>
    <w:basedOn w:val="NormaleTabel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Raster">
    <w:name w:val="Light Grid"/>
    <w:basedOn w:val="NormaleTabel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ittlereSchattierung1">
    <w:name w:val="Medium Shading 1"/>
    <w:basedOn w:val="NormaleTabel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Liste1">
    <w:name w:val="Medium List 1"/>
    <w:basedOn w:val="NormaleTabel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Raster1">
    <w:name w:val="Medium Grid 1"/>
    <w:basedOn w:val="NormaleTabel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unkleListe">
    <w:name w:val="Dark List"/>
    <w:basedOn w:val="NormaleTabel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bigeSchattierung">
    <w:name w:val="Colorful Shading"/>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Liste">
    <w:name w:val="Colorful List"/>
    <w:basedOn w:val="NormaleTabel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Raster">
    <w:name w:val="Colorful Grid"/>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taKaRcksendeangabe">
    <w:name w:val="StaKa Rücksendeangabe"/>
    <w:basedOn w:val="Standard"/>
    <w:qFormat/>
    <w:pPr>
      <w:ind w:right="4819"/>
    </w:pPr>
    <w:rPr>
      <w:sz w:val="14"/>
    </w:rPr>
  </w:style>
  <w:style w:type="paragraph" w:customStyle="1" w:styleId="StaKaAnschrift">
    <w:name w:val="StaKa Anschrift"/>
    <w:basedOn w:val="Standard"/>
    <w:qFormat/>
    <w:pPr>
      <w:spacing w:after="850"/>
      <w:ind w:right="4819"/>
    </w:pPr>
  </w:style>
  <w:style w:type="paragraph" w:customStyle="1" w:styleId="StaKaDatum">
    <w:name w:val="StaKa Datum"/>
    <w:basedOn w:val="Standard"/>
    <w:qFormat/>
    <w:pPr>
      <w:spacing w:after="454"/>
    </w:pPr>
  </w:style>
  <w:style w:type="paragraph" w:customStyle="1" w:styleId="StaKaBetreff">
    <w:name w:val="StaKa Betreff"/>
    <w:basedOn w:val="Standard"/>
    <w:qFormat/>
    <w:pPr>
      <w:keepNext/>
      <w:spacing w:after="360"/>
    </w:pPr>
    <w:rPr>
      <w:b/>
    </w:rPr>
  </w:style>
  <w:style w:type="paragraph" w:customStyle="1" w:styleId="StaKaAnrede">
    <w:name w:val="StaKa Anrede"/>
    <w:basedOn w:val="Standard"/>
    <w:qFormat/>
    <w:pPr>
      <w:keepNext/>
      <w:spacing w:after="240"/>
    </w:pPr>
  </w:style>
  <w:style w:type="paragraph" w:customStyle="1" w:styleId="StaKaBrieftext">
    <w:name w:val="StaKa Brieftext"/>
    <w:basedOn w:val="Standard"/>
    <w:qFormat/>
    <w:pPr>
      <w:spacing w:after="200"/>
    </w:pPr>
  </w:style>
  <w:style w:type="paragraph" w:customStyle="1" w:styleId="StaKaGruformel">
    <w:name w:val="StaKa Grußformel"/>
    <w:basedOn w:val="Standard"/>
    <w:qFormat/>
    <w:pPr>
      <w:keepNext/>
      <w:spacing w:before="40" w:after="680"/>
    </w:pPr>
  </w:style>
  <w:style w:type="paragraph" w:customStyle="1" w:styleId="StaKaUnterschrift">
    <w:name w:val="StaKa Unterschrift"/>
    <w:basedOn w:val="Standard"/>
    <w:qFormat/>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StaKa-MM_Honorarbeleg_Ueberweisung.dotx</Template>
  <TotalTime>0</TotalTime>
  <Pages>1</Pages>
  <Words>95</Words>
  <Characters>690</Characters>
  <Application>Microsoft Office Word</Application>
  <DocSecurity>0</DocSecurity>
  <Lines>77</Lines>
  <Paragraphs>20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Honorarbeleg zur Überweisung</vt:lpstr>
      <vt:lpstr/>
    </vt:vector>
  </TitlesOfParts>
  <Manager/>
  <Company/>
  <LinksUpToDate>false</LinksUpToDate>
  <CharactersWithSpaces>773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Honorarbeleg zur Überweisung</dc:title>
  <dc:subject>Honorarauszahlung der Stadtkapelle Memmingen</dc:subject>
  <dc:creator>Stadtkapelle Memmingen e. V.</dc:creator>
  <cp:keywords>Honorar, Überweisung, Veranstaltung, Bankverbindung</cp:keywords>
  <dc:description>Aktualisierte einseitige Word-Fassung im Briefpapierdesign 2026.
Design by ralf baenecke</dc:description>
  <cp:lastModifiedBy>ralf baenecke</cp:lastModifiedBy>
  <cp:revision>2</cp:revision>
  <dcterms:created xsi:type="dcterms:W3CDTF">2026-09-05T14:21:00Z</dcterms:created>
  <dcterms:modified xsi:type="dcterms:W3CDTF">2026-09-05T14:21:00Z</dcterms:modified>
  <cp:category/>
</cp:coreProperties>
</file>