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EBFFE93" w14:textId="77777777" w:rsidR="00E24CBB" w:rsidRDefault="00000000">
      <w:pPr>
        <w:spacing w:after="240" w:line="200" w:lineRule="exact"/>
      </w:pPr>
      <w:r>
        <w:rPr>
          <w:color w:val="555555"/>
          <w:sz w:val="17"/>
          <w:lang w:val="de-DE"/>
        </w:rPr>
        <w:t>Adresse Schatzmeister: Andre Kühlmuß  •  Bahnhofstraße 15a  •  87730 Bad Grönenbach</w:t>
      </w:r>
    </w:p>
    <w:p w14:paraId="269640B8" w14:textId="77777777" w:rsidR="00E24CBB" w:rsidRDefault="00000000">
      <w:pPr>
        <w:pStyle w:val="Titel"/>
        <w:spacing w:before="20" w:after="200"/>
      </w:pPr>
      <w:r>
        <w:rPr>
          <w:rFonts w:ascii="Arial" w:eastAsia="Arial" w:hAnsi="Arial" w:cs="Arial"/>
          <w:sz w:val="34"/>
          <w:lang w:val="de-DE"/>
        </w:rPr>
        <w:t>Auslagenbeleg</w:t>
      </w:r>
    </w:p>
    <w:p w14:paraId="6D3D9B4C" w14:textId="77777777" w:rsidR="00E24CBB" w:rsidRDefault="00000000">
      <w:pPr>
        <w:spacing w:after="160"/>
      </w:pPr>
      <w:r>
        <w:rPr>
          <w:lang w:val="de-DE"/>
        </w:rPr>
        <w:t>Bitte tragen Sie die Erstattungsdaten vollständig ein und fügen Sie die Originalbelege bei.</w:t>
      </w:r>
    </w:p>
    <w:p w14:paraId="6F7BA53F" w14:textId="77777777" w:rsidR="00E24CBB" w:rsidRDefault="00000000">
      <w:pPr>
        <w:pStyle w:val="berschrift1"/>
        <w:spacing w:before="120" w:after="40"/>
      </w:pPr>
      <w:r>
        <w:rPr>
          <w:rFonts w:ascii="Arial" w:eastAsia="Arial" w:hAnsi="Arial" w:cs="Arial"/>
          <w:lang w:val="de-DE"/>
        </w:rPr>
        <w:t>Angaben zur Erstattung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7824"/>
      </w:tblGrid>
      <w:tr w:rsidR="00E24CBB" w14:paraId="73C864E8" w14:textId="77777777">
        <w:trPr>
          <w:trHeight w:val="425"/>
        </w:trPr>
        <w:tc>
          <w:tcPr>
            <w:tcW w:w="181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757F5EA4" w14:textId="77777777" w:rsidR="00E24CBB" w:rsidRDefault="00000000">
            <w:pPr>
              <w:spacing w:after="0"/>
            </w:pPr>
            <w:r>
              <w:rPr>
                <w:lang w:val="de-DE"/>
              </w:rPr>
              <w:t>Name</w:t>
            </w:r>
          </w:p>
        </w:tc>
        <w:tc>
          <w:tcPr>
            <w:tcW w:w="7824" w:type="dxa"/>
            <w:tcBorders>
              <w:bottom w:val="single" w:sz="8" w:space="0" w:color="4A4A4A"/>
            </w:tcBorders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25EA40D" w14:textId="77777777" w:rsidR="00E24CBB" w:rsidRDefault="00E24CBB">
            <w:pPr>
              <w:spacing w:after="0"/>
            </w:pPr>
          </w:p>
        </w:tc>
      </w:tr>
    </w:tbl>
    <w:p w14:paraId="69D3FE7B" w14:textId="77777777" w:rsidR="00E24CBB" w:rsidRDefault="00000000">
      <w:pPr>
        <w:pStyle w:val="berschrift1"/>
        <w:spacing w:before="160" w:after="40"/>
      </w:pPr>
      <w:r>
        <w:rPr>
          <w:rFonts w:ascii="Arial" w:eastAsia="Arial" w:hAnsi="Arial" w:cs="Arial"/>
          <w:lang w:val="de-DE"/>
        </w:rPr>
        <w:t>Kontoverbindung</w:t>
      </w:r>
    </w:p>
    <w:p w14:paraId="04D6AB99" w14:textId="77777777" w:rsidR="00E24CBB" w:rsidRDefault="00000000">
      <w:pPr>
        <w:spacing w:after="40"/>
      </w:pPr>
      <w:r>
        <w:rPr>
          <w:b/>
          <w:sz w:val="18"/>
          <w:lang w:val="de-DE"/>
        </w:rPr>
        <w:t>IBAN  22 Stellen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E24CBB" w14:paraId="4EA4002C" w14:textId="77777777">
        <w:trPr>
          <w:trHeight w:val="369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3A81CA2C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2035DFAA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4DD242E4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165CFF45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08B9B6C3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57A50F42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72474E8F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349DC042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22E564A4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5552B80D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616BA7B5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7A0DB48D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7AD47157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430D1B01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68D1CDB4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53CD5226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06D55AE4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420CA390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79EB90C5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5D1DBE04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590F813C" w14:textId="77777777" w:rsidR="00E24CBB" w:rsidRDefault="00E24CBB">
            <w:pPr>
              <w:spacing w:after="0"/>
              <w:jc w:val="center"/>
            </w:pPr>
          </w:p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25" w:type="dxa"/>
              <w:left w:w="0" w:type="dxa"/>
              <w:bottom w:w="25" w:type="dxa"/>
              <w:right w:w="0" w:type="dxa"/>
            </w:tcMar>
            <w:vAlign w:val="center"/>
          </w:tcPr>
          <w:p w14:paraId="42DDB636" w14:textId="77777777" w:rsidR="00E24CBB" w:rsidRDefault="00E24CBB">
            <w:pPr>
              <w:spacing w:after="0"/>
              <w:jc w:val="center"/>
            </w:pPr>
          </w:p>
        </w:tc>
      </w:tr>
    </w:tbl>
    <w:p w14:paraId="04A76790" w14:textId="77777777" w:rsidR="00E24CBB" w:rsidRDefault="00000000">
      <w:pPr>
        <w:spacing w:before="100" w:after="40"/>
      </w:pPr>
      <w:r>
        <w:rPr>
          <w:b/>
          <w:sz w:val="18"/>
          <w:lang w:val="de-DE"/>
        </w:rPr>
        <w:t>BIC  8 oder 11 Stellen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  <w:gridCol w:w="438"/>
      </w:tblGrid>
      <w:tr w:rsidR="00E24CBB" w14:paraId="3292265D" w14:textId="77777777">
        <w:trPr>
          <w:trHeight w:val="397"/>
        </w:trPr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53CAF0B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4140786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F7160F2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BA0DF69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55A77B29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152CC0B1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70E9163F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12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90767D2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6C26C392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629A18A" w14:textId="77777777" w:rsidR="00E24CBB" w:rsidRDefault="00E24CBB"/>
        </w:tc>
        <w:tc>
          <w:tcPr>
            <w:tcW w:w="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626FB62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4086A6AF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08B55760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2FE5C283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1C63DDC1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E3EF780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10A9C0CB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5B55F6AC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0BE516E7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6EAC5D67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65882F2D" w14:textId="77777777" w:rsidR="00E24CBB" w:rsidRDefault="00E24CBB"/>
        </w:tc>
        <w:tc>
          <w:tcPr>
            <w:tcW w:w="438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486CDCE" w14:textId="77777777" w:rsidR="00E24CBB" w:rsidRDefault="00E24CBB"/>
        </w:tc>
      </w:tr>
    </w:tbl>
    <w:p w14:paraId="2BD67F0D" w14:textId="77777777" w:rsidR="00E24CBB" w:rsidRDefault="00000000">
      <w:pPr>
        <w:pStyle w:val="berschrift1"/>
        <w:spacing w:before="160" w:after="60"/>
      </w:pPr>
      <w:r>
        <w:rPr>
          <w:rFonts w:ascii="Arial" w:eastAsia="Arial" w:hAnsi="Arial" w:cs="Arial"/>
          <w:lang w:val="de-DE"/>
        </w:rPr>
        <w:t>Verwendungszweck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8"/>
      </w:tblGrid>
      <w:tr w:rsidR="00E24CBB" w14:paraId="256B0D5D" w14:textId="77777777">
        <w:trPr>
          <w:trHeight w:val="567"/>
        </w:trPr>
        <w:tc>
          <w:tcPr>
            <w:tcW w:w="9638" w:type="dxa"/>
            <w:tcBorders>
              <w:bottom w:val="single" w:sz="8" w:space="0" w:color="4A4A4A"/>
            </w:tcBorders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5ED4D137" w14:textId="77777777" w:rsidR="00E24CBB" w:rsidRDefault="00E24CBB">
            <w:pPr>
              <w:spacing w:after="0"/>
            </w:pPr>
          </w:p>
        </w:tc>
      </w:tr>
      <w:tr w:rsidR="00E24CBB" w14:paraId="0773874C" w14:textId="77777777">
        <w:trPr>
          <w:trHeight w:val="567"/>
        </w:trPr>
        <w:tc>
          <w:tcPr>
            <w:tcW w:w="9638" w:type="dxa"/>
            <w:tcBorders>
              <w:bottom w:val="single" w:sz="8" w:space="0" w:color="4A4A4A"/>
            </w:tcBorders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16EC6F38" w14:textId="77777777" w:rsidR="00E24CBB" w:rsidRDefault="00E24CBB">
            <w:pPr>
              <w:spacing w:after="0"/>
            </w:pPr>
          </w:p>
        </w:tc>
      </w:tr>
    </w:tbl>
    <w:p w14:paraId="761A1AD0" w14:textId="77777777" w:rsidR="00E24CBB" w:rsidRDefault="00000000">
      <w:pPr>
        <w:pStyle w:val="berschrift1"/>
        <w:spacing w:before="160" w:after="60"/>
      </w:pPr>
      <w:r>
        <w:rPr>
          <w:rFonts w:ascii="Arial" w:eastAsia="Arial" w:hAnsi="Arial" w:cs="Arial"/>
          <w:lang w:val="de-DE"/>
        </w:rPr>
        <w:t>Beträge</w:t>
      </w:r>
    </w:p>
    <w:tbl>
      <w:tblPr>
        <w:tblW w:w="0" w:type="auto"/>
        <w:tblInd w:w="9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721"/>
        <w:gridCol w:w="6066"/>
        <w:gridCol w:w="850"/>
      </w:tblGrid>
      <w:tr w:rsidR="00E24CBB" w14:paraId="5875CBC1" w14:textId="77777777" w:rsidTr="00702FB7">
        <w:trPr>
          <w:trHeight w:val="624"/>
        </w:trPr>
        <w:tc>
          <w:tcPr>
            <w:tcW w:w="27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5F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283A435" w14:textId="77777777" w:rsidR="00E24CBB" w:rsidRDefault="00000000">
            <w:pPr>
              <w:spacing w:after="0"/>
            </w:pPr>
            <w:r>
              <w:rPr>
                <w:lang w:val="de-DE"/>
              </w:rPr>
              <w:t>Netto</w:t>
            </w:r>
          </w:p>
        </w:tc>
        <w:tc>
          <w:tcPr>
            <w:tcW w:w="606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3F6ED3" w14:textId="77777777" w:rsidR="00E24CBB" w:rsidRDefault="00E24CBB">
            <w:pPr>
              <w:spacing w:after="0"/>
            </w:pPr>
          </w:p>
        </w:tc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6F8B923B" w14:textId="77777777" w:rsidR="00E24CBB" w:rsidRDefault="00000000">
            <w:pPr>
              <w:spacing w:after="0"/>
              <w:jc w:val="center"/>
            </w:pPr>
            <w:r>
              <w:rPr>
                <w:lang w:val="de-DE"/>
              </w:rPr>
              <w:t>€</w:t>
            </w:r>
          </w:p>
        </w:tc>
      </w:tr>
      <w:tr w:rsidR="00E24CBB" w14:paraId="0810C23B" w14:textId="77777777" w:rsidTr="00702FB7">
        <w:trPr>
          <w:trHeight w:val="624"/>
        </w:trPr>
        <w:tc>
          <w:tcPr>
            <w:tcW w:w="27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5F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A16A1BA" w14:textId="77777777" w:rsidR="00E24CBB" w:rsidRDefault="00000000">
            <w:pPr>
              <w:spacing w:after="0"/>
            </w:pPr>
            <w:r>
              <w:rPr>
                <w:lang w:val="de-DE"/>
              </w:rPr>
              <w:t>Mehrwertsteuer 7 %</w:t>
            </w:r>
          </w:p>
        </w:tc>
        <w:tc>
          <w:tcPr>
            <w:tcW w:w="606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14724A8" w14:textId="77777777" w:rsidR="00E24CBB" w:rsidRDefault="00E24CBB">
            <w:pPr>
              <w:spacing w:after="0"/>
            </w:pPr>
          </w:p>
        </w:tc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155EA77" w14:textId="77777777" w:rsidR="00E24CBB" w:rsidRDefault="00000000">
            <w:pPr>
              <w:spacing w:after="0"/>
              <w:jc w:val="center"/>
            </w:pPr>
            <w:r>
              <w:rPr>
                <w:lang w:val="de-DE"/>
              </w:rPr>
              <w:t>€</w:t>
            </w:r>
          </w:p>
        </w:tc>
      </w:tr>
      <w:tr w:rsidR="00E24CBB" w14:paraId="3653C3E5" w14:textId="77777777" w:rsidTr="00702FB7">
        <w:trPr>
          <w:trHeight w:val="624"/>
        </w:trPr>
        <w:tc>
          <w:tcPr>
            <w:tcW w:w="27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5F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05F81399" w14:textId="77777777" w:rsidR="00E24CBB" w:rsidRDefault="00000000">
            <w:pPr>
              <w:spacing w:after="0"/>
            </w:pPr>
            <w:r>
              <w:rPr>
                <w:lang w:val="de-DE"/>
              </w:rPr>
              <w:t>Mehrwertsteuer 19 %</w:t>
            </w:r>
          </w:p>
        </w:tc>
        <w:tc>
          <w:tcPr>
            <w:tcW w:w="606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191496F9" w14:textId="77777777" w:rsidR="00E24CBB" w:rsidRDefault="00E24CBB">
            <w:pPr>
              <w:spacing w:after="0"/>
            </w:pPr>
          </w:p>
        </w:tc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5F07F63" w14:textId="77777777" w:rsidR="00E24CBB" w:rsidRDefault="00000000">
            <w:pPr>
              <w:spacing w:after="0"/>
              <w:jc w:val="center"/>
            </w:pPr>
            <w:r>
              <w:rPr>
                <w:lang w:val="de-DE"/>
              </w:rPr>
              <w:t>€</w:t>
            </w:r>
          </w:p>
        </w:tc>
      </w:tr>
      <w:tr w:rsidR="00E24CBB" w14:paraId="1E4CE086" w14:textId="77777777" w:rsidTr="00702FB7">
        <w:trPr>
          <w:trHeight w:val="624"/>
        </w:trPr>
        <w:tc>
          <w:tcPr>
            <w:tcW w:w="2721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AF5FA"/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468EF43E" w14:textId="77777777" w:rsidR="00E24CBB" w:rsidRDefault="00000000">
            <w:pPr>
              <w:spacing w:after="0"/>
            </w:pPr>
            <w:r>
              <w:rPr>
                <w:b/>
                <w:lang w:val="de-DE"/>
              </w:rPr>
              <w:t>Brutto</w:t>
            </w:r>
          </w:p>
        </w:tc>
        <w:tc>
          <w:tcPr>
            <w:tcW w:w="6066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753CD65F" w14:textId="77777777" w:rsidR="00E24CBB" w:rsidRDefault="00E24CBB">
            <w:pPr>
              <w:spacing w:after="0"/>
            </w:pPr>
          </w:p>
        </w:tc>
        <w:tc>
          <w:tcPr>
            <w:tcW w:w="850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90" w:type="dxa"/>
              <w:left w:w="90" w:type="dxa"/>
              <w:bottom w:w="90" w:type="dxa"/>
              <w:right w:w="90" w:type="dxa"/>
            </w:tcMar>
            <w:vAlign w:val="center"/>
          </w:tcPr>
          <w:p w14:paraId="39F8F146" w14:textId="77777777" w:rsidR="00E24CBB" w:rsidRDefault="00000000">
            <w:pPr>
              <w:spacing w:after="0"/>
              <w:jc w:val="center"/>
            </w:pPr>
            <w:r>
              <w:rPr>
                <w:b/>
                <w:lang w:val="de-DE"/>
              </w:rPr>
              <w:t>€</w:t>
            </w:r>
          </w:p>
        </w:tc>
      </w:tr>
    </w:tbl>
    <w:p w14:paraId="064E4335" w14:textId="77777777" w:rsidR="00E24CBB" w:rsidRDefault="00000000">
      <w:pPr>
        <w:pStyle w:val="berschrift1"/>
        <w:spacing w:before="180" w:after="60"/>
      </w:pPr>
      <w:r>
        <w:rPr>
          <w:rFonts w:ascii="Arial" w:eastAsia="Arial" w:hAnsi="Arial" w:cs="Arial"/>
          <w:lang w:val="de-DE"/>
        </w:rPr>
        <w:t>Bestätigung</w:t>
      </w:r>
    </w:p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2835"/>
        <w:gridCol w:w="1587"/>
        <w:gridCol w:w="4508"/>
      </w:tblGrid>
      <w:tr w:rsidR="00E24CBB" w14:paraId="2498DB43" w14:textId="77777777" w:rsidTr="00702FB7">
        <w:trPr>
          <w:trHeight w:val="454"/>
        </w:trPr>
        <w:tc>
          <w:tcPr>
            <w:tcW w:w="754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03750985" w14:textId="77777777" w:rsidR="00E24CBB" w:rsidRDefault="00000000">
            <w:pPr>
              <w:spacing w:after="0"/>
            </w:pPr>
            <w:r>
              <w:rPr>
                <w:lang w:val="de-DE"/>
              </w:rPr>
              <w:t>Datum</w:t>
            </w:r>
          </w:p>
        </w:tc>
        <w:tc>
          <w:tcPr>
            <w:tcW w:w="2835" w:type="dxa"/>
            <w:tcBorders>
              <w:bottom w:val="single" w:sz="8" w:space="0" w:color="4A4A4A"/>
            </w:tcBorders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3BFAEECF" w14:textId="77777777" w:rsidR="00E24CBB" w:rsidRDefault="00E24CBB" w:rsidP="00702FB7">
            <w:pPr>
              <w:spacing w:after="0"/>
              <w:ind w:left="-119"/>
            </w:pPr>
          </w:p>
        </w:tc>
        <w:tc>
          <w:tcPr>
            <w:tcW w:w="1587" w:type="dxa"/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24A85D95" w14:textId="06557475" w:rsidR="00E24CBB" w:rsidRDefault="00000000" w:rsidP="00702FB7">
            <w:pPr>
              <w:spacing w:after="0"/>
              <w:ind w:right="122"/>
              <w:jc w:val="right"/>
            </w:pPr>
            <w:r>
              <w:rPr>
                <w:lang w:val="de-DE"/>
              </w:rPr>
              <w:t>Unterschrift</w:t>
            </w:r>
          </w:p>
        </w:tc>
        <w:tc>
          <w:tcPr>
            <w:tcW w:w="4508" w:type="dxa"/>
            <w:tcBorders>
              <w:bottom w:val="single" w:sz="8" w:space="0" w:color="4A4A4A"/>
            </w:tcBorders>
            <w:tcMar>
              <w:top w:w="40" w:type="dxa"/>
              <w:left w:w="45" w:type="dxa"/>
              <w:bottom w:w="40" w:type="dxa"/>
              <w:right w:w="45" w:type="dxa"/>
            </w:tcMar>
            <w:vAlign w:val="center"/>
          </w:tcPr>
          <w:p w14:paraId="6A1AE38F" w14:textId="77777777" w:rsidR="00E24CBB" w:rsidRDefault="00E24CBB">
            <w:pPr>
              <w:spacing w:after="0"/>
            </w:pPr>
          </w:p>
        </w:tc>
      </w:tr>
    </w:tbl>
    <w:p w14:paraId="47175107" w14:textId="341475BA" w:rsidR="00E24CBB" w:rsidRPr="00702FB7" w:rsidRDefault="00000000" w:rsidP="00702FB7">
      <w:pPr>
        <w:spacing w:before="240" w:after="0"/>
        <w:rPr>
          <w:b/>
          <w:lang w:val="de-DE"/>
        </w:rPr>
      </w:pPr>
      <w:r>
        <w:rPr>
          <w:b/>
          <w:lang w:val="de-DE"/>
        </w:rPr>
        <w:t>Originalbelege bitte anheften oder auf die Rückseite kleben.</w:t>
      </w:r>
    </w:p>
    <w:sectPr w:rsidR="00E24CBB" w:rsidRPr="00702FB7" w:rsidSect="0003461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81" w:right="1134" w:bottom="1587" w:left="1134" w:header="0" w:footer="65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0EF0B05" w14:textId="77777777" w:rsidR="008F3188" w:rsidRDefault="008F3188">
      <w:pPr>
        <w:spacing w:after="0"/>
      </w:pPr>
      <w:r>
        <w:separator/>
      </w:r>
    </w:p>
  </w:endnote>
  <w:endnote w:type="continuationSeparator" w:id="0">
    <w:p w14:paraId="55A5B133" w14:textId="77777777" w:rsidR="008F3188" w:rsidRDefault="008F318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7C84C48" w14:textId="77777777" w:rsidR="00323A16" w:rsidRDefault="00000000">
    <w:pPr>
      <w:pStyle w:val="Fuzeile"/>
      <w:spacing w:after="168" w:line="168" w:lineRule="exact"/>
      <w:jc w:val="right"/>
    </w:pPr>
    <w:proofErr w:type="spellStart"/>
    <w:r>
      <w:rPr>
        <w:color w:val="4D4D4D"/>
        <w:sz w:val="14"/>
      </w:rPr>
      <w:t>Seite</w:t>
    </w:r>
    <w:proofErr w:type="spellEnd"/>
    <w:r>
      <w:rPr>
        <w:color w:val="4D4D4D"/>
        <w:sz w:val="14"/>
      </w:rPr>
      <w:t xml:space="preserve"> </w:t>
    </w:r>
    <w:r>
      <w:rPr>
        <w:color w:val="4D4D4D"/>
        <w:sz w:val="14"/>
      </w:rPr>
      <w:fldChar w:fldCharType="begin"/>
    </w:r>
    <w:r>
      <w:rPr>
        <w:color w:val="4D4D4D"/>
        <w:sz w:val="14"/>
      </w:rPr>
      <w:instrText xml:space="preserve"> PAGE </w:instrText>
    </w:r>
    <w:r>
      <w:rPr>
        <w:color w:val="4D4D4D"/>
        <w:sz w:val="14"/>
      </w:rPr>
      <w:fldChar w:fldCharType="separate"/>
    </w:r>
    <w:r>
      <w:rPr>
        <w:color w:val="4D4D4D"/>
        <w:sz w:val="14"/>
      </w:rPr>
      <w:t>2</w:t>
    </w:r>
    <w:r>
      <w:rPr>
        <w:color w:val="4D4D4D"/>
        <w:sz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D1B6C35" w14:textId="77777777" w:rsidR="00323A16" w:rsidRDefault="00000000">
    <w:pPr>
      <w:pStyle w:val="Fuzeile"/>
      <w:spacing w:line="168" w:lineRule="exact"/>
      <w:jc w:val="right"/>
    </w:pPr>
    <w:proofErr w:type="spellStart"/>
    <w:r>
      <w:rPr>
        <w:color w:val="4D4D4D"/>
        <w:sz w:val="14"/>
      </w:rPr>
      <w:t>Vorsitzende</w:t>
    </w:r>
    <w:proofErr w:type="spellEnd"/>
    <w:r>
      <w:rPr>
        <w:color w:val="4D4D4D"/>
        <w:sz w:val="14"/>
      </w:rPr>
      <w:t>: Anna Bruscha, Florian Mohr, Nicolas John</w:t>
    </w:r>
    <w:r>
      <w:rPr>
        <w:color w:val="4D4D4D"/>
        <w:sz w:val="14"/>
      </w:rPr>
      <w:br/>
      <w:t>Sparkasse Memmingen DE04 7315 0000 0430 1142 07 • BIC: BYLADEM1MLM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9182CD8" w14:textId="77777777" w:rsidR="008F3188" w:rsidRDefault="008F3188">
      <w:pPr>
        <w:spacing w:after="0"/>
      </w:pPr>
      <w:r>
        <w:separator/>
      </w:r>
    </w:p>
  </w:footnote>
  <w:footnote w:type="continuationSeparator" w:id="0">
    <w:p w14:paraId="540FAC8E" w14:textId="77777777" w:rsidR="008F3188" w:rsidRDefault="008F318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9D7C2B" w14:textId="77777777" w:rsidR="00323A16" w:rsidRDefault="00000000">
    <w:pPr>
      <w:pStyle w:val="Kopfzeile"/>
    </w:pPr>
    <w:r>
      <w:rPr>
        <w:noProof/>
      </w:rPr>
      <w:drawing>
        <wp:anchor distT="0" distB="0" distL="0" distR="0" simplePos="0" relativeHeight="251658240" behindDoc="1" locked="1" layoutInCell="1" allowOverlap="1" wp14:anchorId="12C5EF3A" wp14:editId="703A7C63">
          <wp:simplePos x="0" y="0"/>
          <wp:positionH relativeFrom="page">
            <wp:posOffset>1270</wp:posOffset>
          </wp:positionH>
          <wp:positionV relativeFrom="page">
            <wp:posOffset>0</wp:posOffset>
          </wp:positionV>
          <wp:extent cx="7557135" cy="10691495"/>
          <wp:effectExtent l="0" t="0" r="0" b="1905"/>
          <wp:wrapNone/>
          <wp:docPr id="1" name="StaKa Briefpapier ab Seit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aKa Briefpapier ab Seite 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135" cy="10691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16718D5" w14:textId="77777777" w:rsidR="00323A16" w:rsidRDefault="00000000">
    <w:pPr>
      <w:pStyle w:val="Kopfzeile"/>
    </w:pPr>
    <w:r>
      <w:rPr>
        <w:noProof/>
      </w:rPr>
      <w:drawing>
        <wp:anchor distT="0" distB="0" distL="0" distR="0" simplePos="0" relativeHeight="251659264" behindDoc="1" locked="1" layoutInCell="1" allowOverlap="1" wp14:anchorId="52215EEC" wp14:editId="2FAD4948">
          <wp:simplePos x="0" y="0"/>
          <wp:positionH relativeFrom="page">
            <wp:posOffset>1270</wp:posOffset>
          </wp:positionH>
          <wp:positionV relativeFrom="page">
            <wp:posOffset>0</wp:posOffset>
          </wp:positionV>
          <wp:extent cx="7557135" cy="10691495"/>
          <wp:effectExtent l="0" t="0" r="0" b="1905"/>
          <wp:wrapNone/>
          <wp:docPr id="1713960582" name="StaKa Briefpapier Seit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3960582" name="StaKa Briefpapier Seite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7135" cy="10691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numm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numm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Aufzhlungszeich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Aufzhlungszeich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92793701">
    <w:abstractNumId w:val="8"/>
  </w:num>
  <w:num w:numId="2" w16cid:durableId="1105731826">
    <w:abstractNumId w:val="6"/>
  </w:num>
  <w:num w:numId="3" w16cid:durableId="569659933">
    <w:abstractNumId w:val="5"/>
  </w:num>
  <w:num w:numId="4" w16cid:durableId="1410226861">
    <w:abstractNumId w:val="4"/>
  </w:num>
  <w:num w:numId="5" w16cid:durableId="1781949770">
    <w:abstractNumId w:val="7"/>
  </w:num>
  <w:num w:numId="6" w16cid:durableId="1218667468">
    <w:abstractNumId w:val="3"/>
  </w:num>
  <w:num w:numId="7" w16cid:durableId="639920171">
    <w:abstractNumId w:val="2"/>
  </w:num>
  <w:num w:numId="8" w16cid:durableId="1034845497">
    <w:abstractNumId w:val="1"/>
  </w:num>
  <w:num w:numId="9" w16cid:durableId="178946704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7771"/>
    <w:rsid w:val="00281A12"/>
    <w:rsid w:val="0029639D"/>
    <w:rsid w:val="00323A16"/>
    <w:rsid w:val="00326F90"/>
    <w:rsid w:val="0062240F"/>
    <w:rsid w:val="00625CB1"/>
    <w:rsid w:val="00702FB7"/>
    <w:rsid w:val="0074045E"/>
    <w:rsid w:val="007B7453"/>
    <w:rsid w:val="008F3188"/>
    <w:rsid w:val="00AA1D8D"/>
    <w:rsid w:val="00B07648"/>
    <w:rsid w:val="00B47730"/>
    <w:rsid w:val="00C57AF3"/>
    <w:rsid w:val="00CB0664"/>
    <w:rsid w:val="00E23C21"/>
    <w:rsid w:val="00E24CBB"/>
    <w:rsid w:val="00F30A7D"/>
    <w:rsid w:val="00F630E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A586D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C693F"/>
    <w:pPr>
      <w:spacing w:after="60" w:line="230" w:lineRule="exact"/>
    </w:pPr>
    <w:rPr>
      <w:rFonts w:ascii="Arial" w:eastAsia="Arial" w:hAnsi="Arial" w:cs="Arial"/>
      <w:color w:val="000000"/>
      <w:sz w:val="19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FC693F"/>
    <w:pPr>
      <w:spacing w:before="80" w:after="24" w:line="276" w:lineRule="auto"/>
      <w:outlineLvl w:val="0"/>
    </w:pPr>
    <w:rPr>
      <w:rFonts w:asciiTheme="majorHAnsi" w:eastAsiaTheme="majorEastAsia" w:hAnsiTheme="majorHAnsi" w:cstheme="majorBidi"/>
      <w:b/>
      <w:bCs/>
      <w:sz w:val="21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E618BF"/>
  </w:style>
  <w:style w:type="paragraph" w:styleId="Fuzeile">
    <w:name w:val="footer"/>
    <w:basedOn w:val="Standard"/>
    <w:link w:val="FuzeileZchn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E618BF"/>
  </w:style>
  <w:style w:type="paragraph" w:styleId="KeinLeerraum">
    <w:name w:val="No Spacing"/>
    <w:uiPriority w:val="1"/>
    <w:qFormat/>
    <w:rsid w:val="00FC693F"/>
    <w:pPr>
      <w:spacing w:after="0" w:line="240" w:lineRule="auto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el">
    <w:name w:val="Title"/>
    <w:basedOn w:val="Standard"/>
    <w:next w:val="Standard"/>
    <w:link w:val="TitelZchn"/>
    <w:uiPriority w:val="10"/>
    <w:qFormat/>
    <w:rsid w:val="00FC693F"/>
    <w:pPr>
      <w:spacing w:after="100" w:line="276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0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nabsatz">
    <w:name w:val="List Paragraph"/>
    <w:basedOn w:val="Standard"/>
    <w:uiPriority w:val="34"/>
    <w:qFormat/>
    <w:rsid w:val="00FC693F"/>
    <w:pPr>
      <w:ind w:left="720"/>
      <w:contextualSpacing/>
    </w:pPr>
  </w:style>
  <w:style w:type="paragraph" w:styleId="Textkrper">
    <w:name w:val="Body Text"/>
    <w:basedOn w:val="Standard"/>
    <w:link w:val="TextkrperZchn"/>
    <w:uiPriority w:val="99"/>
    <w:unhideWhenUsed/>
    <w:rsid w:val="00AA1D8D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sid w:val="00AA1D8D"/>
  </w:style>
  <w:style w:type="paragraph" w:styleId="Textkrper2">
    <w:name w:val="Body Text 2"/>
    <w:basedOn w:val="Standard"/>
    <w:link w:val="Textkrper2Zchn"/>
    <w:uiPriority w:val="99"/>
    <w:unhideWhenUsed/>
    <w:rsid w:val="00AA1D8D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rsid w:val="00AA1D8D"/>
  </w:style>
  <w:style w:type="paragraph" w:styleId="Textkrper3">
    <w:name w:val="Body Text 3"/>
    <w:basedOn w:val="Standard"/>
    <w:link w:val="Textkrper3Zchn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rsid w:val="00AA1D8D"/>
    <w:rPr>
      <w:sz w:val="16"/>
      <w:szCs w:val="16"/>
    </w:rPr>
  </w:style>
  <w:style w:type="paragraph" w:styleId="Liste">
    <w:name w:val="List"/>
    <w:basedOn w:val="Standard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Standard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Standard"/>
    <w:uiPriority w:val="99"/>
    <w:unhideWhenUsed/>
    <w:rsid w:val="00326F90"/>
    <w:pPr>
      <w:ind w:left="1080" w:hanging="360"/>
      <w:contextualSpacing/>
    </w:pPr>
  </w:style>
  <w:style w:type="paragraph" w:styleId="Aufzhlungszeichen">
    <w:name w:val="List Bullet"/>
    <w:basedOn w:val="Standard"/>
    <w:uiPriority w:val="99"/>
    <w:unhideWhenUsed/>
    <w:rsid w:val="00326F90"/>
    <w:pPr>
      <w:numPr>
        <w:numId w:val="1"/>
      </w:numPr>
      <w:contextualSpacing/>
    </w:pPr>
  </w:style>
  <w:style w:type="paragraph" w:styleId="Aufzhlungszeichen2">
    <w:name w:val="List Bullet 2"/>
    <w:basedOn w:val="Standard"/>
    <w:uiPriority w:val="99"/>
    <w:unhideWhenUsed/>
    <w:rsid w:val="00326F90"/>
    <w:pPr>
      <w:numPr>
        <w:numId w:val="2"/>
      </w:numPr>
      <w:contextualSpacing/>
    </w:pPr>
  </w:style>
  <w:style w:type="paragraph" w:styleId="Aufzhlungszeichen3">
    <w:name w:val="List Bullet 3"/>
    <w:basedOn w:val="Standard"/>
    <w:uiPriority w:val="99"/>
    <w:unhideWhenUsed/>
    <w:rsid w:val="00326F90"/>
    <w:pPr>
      <w:numPr>
        <w:numId w:val="3"/>
      </w:numPr>
      <w:contextualSpacing/>
    </w:pPr>
  </w:style>
  <w:style w:type="paragraph" w:styleId="Listennummer">
    <w:name w:val="List Number"/>
    <w:basedOn w:val="Standard"/>
    <w:uiPriority w:val="99"/>
    <w:unhideWhenUsed/>
    <w:rsid w:val="00326F90"/>
    <w:pPr>
      <w:numPr>
        <w:numId w:val="5"/>
      </w:numPr>
      <w:contextualSpacing/>
    </w:pPr>
  </w:style>
  <w:style w:type="paragraph" w:styleId="Listennummer2">
    <w:name w:val="List Number 2"/>
    <w:basedOn w:val="Standard"/>
    <w:uiPriority w:val="99"/>
    <w:unhideWhenUsed/>
    <w:rsid w:val="0029639D"/>
    <w:pPr>
      <w:numPr>
        <w:numId w:val="6"/>
      </w:numPr>
      <w:contextualSpacing/>
    </w:pPr>
  </w:style>
  <w:style w:type="paragraph" w:styleId="Listennummer3">
    <w:name w:val="List Number 3"/>
    <w:basedOn w:val="Standard"/>
    <w:uiPriority w:val="99"/>
    <w:unhideWhenUsed/>
    <w:rsid w:val="0029639D"/>
    <w:pPr>
      <w:numPr>
        <w:numId w:val="7"/>
      </w:numPr>
      <w:contextualSpacing/>
    </w:pPr>
  </w:style>
  <w:style w:type="paragraph" w:styleId="Listenfortsetzung">
    <w:name w:val="List Continue"/>
    <w:basedOn w:val="Standard"/>
    <w:uiPriority w:val="99"/>
    <w:unhideWhenUsed/>
    <w:rsid w:val="0029639D"/>
    <w:pPr>
      <w:spacing w:after="120"/>
      <w:ind w:left="360"/>
      <w:contextualSpacing/>
    </w:pPr>
  </w:style>
  <w:style w:type="paragraph" w:styleId="Listenfortsetzung2">
    <w:name w:val="List Continue 2"/>
    <w:basedOn w:val="Standard"/>
    <w:uiPriority w:val="99"/>
    <w:unhideWhenUsed/>
    <w:rsid w:val="0029639D"/>
    <w:pPr>
      <w:spacing w:after="120"/>
      <w:ind w:left="720"/>
      <w:contextualSpacing/>
    </w:pPr>
  </w:style>
  <w:style w:type="paragraph" w:styleId="Listenfortsetzung3">
    <w:name w:val="List Continue 3"/>
    <w:basedOn w:val="Standard"/>
    <w:uiPriority w:val="99"/>
    <w:unhideWhenUsed/>
    <w:rsid w:val="0029639D"/>
    <w:pPr>
      <w:spacing w:after="120"/>
      <w:ind w:left="1080"/>
      <w:contextualSpacing/>
    </w:pPr>
  </w:style>
  <w:style w:type="paragraph" w:styleId="Makrotext">
    <w:name w:val="macro"/>
    <w:link w:val="MakrotextZchn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rsid w:val="0029639D"/>
    <w:rPr>
      <w:rFonts w:ascii="Courier" w:hAnsi="Courier"/>
      <w:sz w:val="20"/>
      <w:szCs w:val="20"/>
    </w:rPr>
  </w:style>
  <w:style w:type="paragraph" w:styleId="Zitat">
    <w:name w:val="Quote"/>
    <w:basedOn w:val="Standard"/>
    <w:next w:val="Standard"/>
    <w:link w:val="ZitatZchn"/>
    <w:uiPriority w:val="29"/>
    <w:qFormat/>
    <w:rsid w:val="00FC693F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FC693F"/>
    <w:rPr>
      <w:i/>
      <w:iCs/>
      <w:color w:val="000000" w:themeColor="text1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Fett">
    <w:name w:val="Strong"/>
    <w:basedOn w:val="Absatz-Standardschriftart"/>
    <w:uiPriority w:val="22"/>
    <w:qFormat/>
    <w:rsid w:val="00FC693F"/>
    <w:rPr>
      <w:b/>
      <w:bCs/>
    </w:rPr>
  </w:style>
  <w:style w:type="character" w:styleId="Hervorhebung">
    <w:name w:val="Emphasis"/>
    <w:basedOn w:val="Absatz-Standardschriftart"/>
    <w:uiPriority w:val="20"/>
    <w:qFormat/>
    <w:rsid w:val="00FC693F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C693F"/>
    <w:rPr>
      <w:b/>
      <w:bCs/>
      <w:i/>
      <w:iCs/>
      <w:color w:val="4F81BD" w:themeColor="accent1"/>
    </w:rPr>
  </w:style>
  <w:style w:type="character" w:styleId="SchwacheHervorhebung">
    <w:name w:val="Subtle Emphasis"/>
    <w:basedOn w:val="Absatz-Standardschriftart"/>
    <w:uiPriority w:val="19"/>
    <w:qFormat/>
    <w:rsid w:val="00FC693F"/>
    <w:rPr>
      <w:i/>
      <w:iCs/>
      <w:color w:val="808080" w:themeColor="text1" w:themeTint="7F"/>
    </w:rPr>
  </w:style>
  <w:style w:type="character" w:styleId="IntensiveHervorhebung">
    <w:name w:val="Intense Emphasis"/>
    <w:basedOn w:val="Absatz-Standardschriftart"/>
    <w:uiPriority w:val="21"/>
    <w:qFormat/>
    <w:rsid w:val="00FC693F"/>
    <w:rPr>
      <w:b/>
      <w:bCs/>
      <w:i/>
      <w:iCs/>
      <w:color w:val="4F81BD" w:themeColor="accent1"/>
    </w:rPr>
  </w:style>
  <w:style w:type="character" w:styleId="SchwacherVerweis">
    <w:name w:val="Subtle Reference"/>
    <w:basedOn w:val="Absatz-Standardschriftart"/>
    <w:uiPriority w:val="31"/>
    <w:qFormat/>
    <w:rsid w:val="00FC693F"/>
    <w:rPr>
      <w:smallCaps/>
      <w:color w:val="C0504D" w:themeColor="accent2"/>
      <w:u w:val="single"/>
    </w:rPr>
  </w:style>
  <w:style w:type="character" w:styleId="IntensiverVerweis">
    <w:name w:val="Intense Reference"/>
    <w:basedOn w:val="Absatz-Standardschriftar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uchtitel">
    <w:name w:val="Book Title"/>
    <w:basedOn w:val="Absatz-Standardschriftart"/>
    <w:uiPriority w:val="33"/>
    <w:qFormat/>
    <w:rsid w:val="00FC693F"/>
    <w:rPr>
      <w:b/>
      <w:bCs/>
      <w:smallCaps/>
      <w:spacing w:val="5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FC693F"/>
    <w:pPr>
      <w:outlineLvl w:val="9"/>
    </w:pPr>
  </w:style>
  <w:style w:type="table" w:styleId="Tabellenraster">
    <w:name w:val="Table Grid"/>
    <w:basedOn w:val="NormaleTabel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HelleSchattierung">
    <w:name w:val="Light Shading"/>
    <w:basedOn w:val="NormaleTabel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HelleListe">
    <w:name w:val="Light List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HelleListe-Akzent2">
    <w:name w:val="Light List Accent 2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HelleListe-Akzent3">
    <w:name w:val="Light List Accent 3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HelleListe-Akzent4">
    <w:name w:val="Light List Accent 4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HelleListe-Akzent5">
    <w:name w:val="Light List Accent 5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HelleListe-Akzent6">
    <w:name w:val="Light List Accent 6"/>
    <w:basedOn w:val="NormaleTabel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HellesRaster">
    <w:name w:val="Light Grid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HellesRaster-Akzent2">
    <w:name w:val="Light Grid Accent 2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HellesRaster-Akzent3">
    <w:name w:val="Light Grid Accent 3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HellesRaster-Akzent4">
    <w:name w:val="Light Grid Accent 4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HellesRaster-Akzent5">
    <w:name w:val="Light Grid Accent 5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HellesRaster-Akzent6">
    <w:name w:val="Light Grid Accent 6"/>
    <w:basedOn w:val="NormaleTabel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ittlereSchattierung1">
    <w:name w:val="Medium Shading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ittlereListe1">
    <w:name w:val="Medium Lis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ittlereListe2">
    <w:name w:val="Medium Lis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Raster1">
    <w:name w:val="Medium Grid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ittleresRaster2">
    <w:name w:val="Medium Grid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unkleListe">
    <w:name w:val="Dark List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unkleListe-Akzent2">
    <w:name w:val="Dark List Accent 2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unkleListe-Akzent3">
    <w:name w:val="Dark List Accent 3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unkleListe-Akzent4">
    <w:name w:val="Dark List Accent 4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unkleListe-Akzent5">
    <w:name w:val="Dark List Accent 5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bigeSchattierung">
    <w:name w:val="Colorful Shading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Liste">
    <w:name w:val="Colorful List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bigeListe-Akzent2">
    <w:name w:val="Colorful List Accent 2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bigeListe-Akzent3">
    <w:name w:val="Colorful List Accent 3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bigeListe-Akzent4">
    <w:name w:val="Colorful List Accent 4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bigeListe-Akzent5">
    <w:name w:val="Colorful List Accent 5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bigesRaster">
    <w:name w:val="Colorful Grid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taKaRcksendeangabe">
    <w:name w:val="StaKa Rücksendeangabe"/>
    <w:basedOn w:val="Standard"/>
    <w:qFormat/>
    <w:pPr>
      <w:ind w:right="4819"/>
    </w:pPr>
    <w:rPr>
      <w:sz w:val="14"/>
    </w:rPr>
  </w:style>
  <w:style w:type="paragraph" w:customStyle="1" w:styleId="StaKaAnschrift">
    <w:name w:val="StaKa Anschrift"/>
    <w:basedOn w:val="Standard"/>
    <w:qFormat/>
    <w:pPr>
      <w:spacing w:after="850"/>
      <w:ind w:right="4819"/>
    </w:pPr>
  </w:style>
  <w:style w:type="paragraph" w:customStyle="1" w:styleId="StaKaDatum">
    <w:name w:val="StaKa Datum"/>
    <w:basedOn w:val="Standard"/>
    <w:qFormat/>
    <w:pPr>
      <w:spacing w:after="454"/>
    </w:pPr>
  </w:style>
  <w:style w:type="paragraph" w:customStyle="1" w:styleId="StaKaBetreff">
    <w:name w:val="StaKa Betreff"/>
    <w:basedOn w:val="Standard"/>
    <w:qFormat/>
    <w:pPr>
      <w:keepNext/>
      <w:spacing w:after="360"/>
    </w:pPr>
    <w:rPr>
      <w:b/>
    </w:rPr>
  </w:style>
  <w:style w:type="paragraph" w:customStyle="1" w:styleId="StaKaAnrede">
    <w:name w:val="StaKa Anrede"/>
    <w:basedOn w:val="Standard"/>
    <w:qFormat/>
    <w:pPr>
      <w:keepNext/>
      <w:spacing w:after="240"/>
    </w:pPr>
  </w:style>
  <w:style w:type="paragraph" w:customStyle="1" w:styleId="StaKaBrieftext">
    <w:name w:val="StaKa Brieftext"/>
    <w:basedOn w:val="Standard"/>
    <w:qFormat/>
    <w:pPr>
      <w:spacing w:after="200"/>
    </w:pPr>
  </w:style>
  <w:style w:type="paragraph" w:customStyle="1" w:styleId="StaKaGruformel">
    <w:name w:val="StaKa Grußformel"/>
    <w:basedOn w:val="Standard"/>
    <w:qFormat/>
    <w:pPr>
      <w:keepNext/>
      <w:spacing w:before="40" w:after="680"/>
    </w:pPr>
  </w:style>
  <w:style w:type="paragraph" w:customStyle="1" w:styleId="StaKaUnterschrift">
    <w:name w:val="StaKa Unterschrift"/>
    <w:basedOn w:val="Standard"/>
    <w:qFormat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StaKa-MM_Auslagenbeleg.dotx</Template>
  <TotalTime>0</TotalTime>
  <Pages>1</Pages>
  <Words>61</Words>
  <Characters>382</Characters>
  <Application>Microsoft Office Word</Application>
  <DocSecurity>0</DocSecurity>
  <Lines>75</Lines>
  <Paragraphs>22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Auslagenbeleg</vt:lpstr>
      <vt:lpstr/>
    </vt:vector>
  </TitlesOfParts>
  <Manager/>
  <Company/>
  <LinksUpToDate>false</LinksUpToDate>
  <CharactersWithSpaces>429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Auslagenbeleg</dc:title>
  <dc:subject>Erstattung von Auslagen der Stadtkapelle Memmingen</dc:subject>
  <dc:creator>Stadtkapelle Memmingen e. V.</dc:creator>
  <cp:keywords>Auslagen, Erstattung, Beleg, Kontoverbindung</cp:keywords>
  <dc:description>Aktualisierte einseitige Word-Fassung im Briefpapierdesign 2026.
Designed by ralf baenecke</dc:description>
  <cp:lastModifiedBy>ralf baenecke</cp:lastModifiedBy>
  <cp:revision>2</cp:revision>
  <dcterms:created xsi:type="dcterms:W3CDTF">2026-09-05T14:15:00Z</dcterms:created>
  <dcterms:modified xsi:type="dcterms:W3CDTF">2026-09-05T14:15:00Z</dcterms:modified>
  <cp:category/>
</cp:coreProperties>
</file>