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CE6D1E" w14:textId="77777777" w:rsidR="000E1AE8" w:rsidRDefault="00000000">
      <w:pPr>
        <w:spacing w:after="100" w:line="200" w:lineRule="exact"/>
      </w:pPr>
      <w:r>
        <w:rPr>
          <w:color w:val="555555"/>
          <w:sz w:val="17"/>
          <w:lang w:val="de-DE"/>
        </w:rPr>
        <w:t>Stadtkapelle Memmingen e. V.  •  Friedhofweg 9  •  87700 Memmingen</w:t>
      </w:r>
    </w:p>
    <w:p w14:paraId="413CCC46" w14:textId="77777777" w:rsidR="000E1AE8" w:rsidRDefault="00000000" w:rsidP="00D65D52">
      <w:pPr>
        <w:pStyle w:val="Titel"/>
        <w:spacing w:line="480" w:lineRule="auto"/>
      </w:pPr>
      <w:r>
        <w:t>Antrag auf Fördermitgliedschaft und SEPA Lastschriftmandat</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2438"/>
        <w:gridCol w:w="4082"/>
        <w:gridCol w:w="3118"/>
      </w:tblGrid>
      <w:tr w:rsidR="000E1AE8" w14:paraId="62F3F6E8" w14:textId="77777777">
        <w:trPr>
          <w:trHeight w:val="312"/>
        </w:trPr>
        <w:tc>
          <w:tcPr>
            <w:tcW w:w="2438" w:type="dxa"/>
            <w:tcMar>
              <w:top w:w="40" w:type="dxa"/>
              <w:left w:w="45" w:type="dxa"/>
              <w:bottom w:w="40" w:type="dxa"/>
              <w:right w:w="45" w:type="dxa"/>
            </w:tcMar>
            <w:vAlign w:val="center"/>
          </w:tcPr>
          <w:p w14:paraId="547571FE" w14:textId="77777777" w:rsidR="000E1AE8" w:rsidRDefault="00000000">
            <w:pPr>
              <w:spacing w:after="0" w:line="224" w:lineRule="exact"/>
            </w:pPr>
            <w:r>
              <w:rPr>
                <w:b/>
                <w:sz w:val="18"/>
                <w:lang w:val="de-DE"/>
              </w:rPr>
              <w:t>Gläubiger-ID</w:t>
            </w:r>
          </w:p>
        </w:tc>
        <w:tc>
          <w:tcPr>
            <w:tcW w:w="7200" w:type="dxa"/>
            <w:gridSpan w:val="2"/>
            <w:tcMar>
              <w:top w:w="40" w:type="dxa"/>
              <w:left w:w="45" w:type="dxa"/>
              <w:bottom w:w="40" w:type="dxa"/>
              <w:right w:w="45" w:type="dxa"/>
            </w:tcMar>
            <w:vAlign w:val="center"/>
          </w:tcPr>
          <w:p w14:paraId="38A311F0" w14:textId="77777777" w:rsidR="000E1AE8" w:rsidRDefault="00000000">
            <w:pPr>
              <w:spacing w:after="0" w:line="224" w:lineRule="exact"/>
            </w:pPr>
            <w:r>
              <w:rPr>
                <w:sz w:val="18"/>
                <w:lang w:val="de-DE"/>
              </w:rPr>
              <w:t>DE16ZZZ00000289711</w:t>
            </w:r>
          </w:p>
        </w:tc>
      </w:tr>
      <w:tr w:rsidR="000E1AE8" w14:paraId="0B6B975D" w14:textId="77777777">
        <w:trPr>
          <w:trHeight w:val="312"/>
        </w:trPr>
        <w:tc>
          <w:tcPr>
            <w:tcW w:w="2438" w:type="dxa"/>
            <w:tcMar>
              <w:top w:w="40" w:type="dxa"/>
              <w:left w:w="45" w:type="dxa"/>
              <w:bottom w:w="40" w:type="dxa"/>
              <w:right w:w="45" w:type="dxa"/>
            </w:tcMar>
            <w:vAlign w:val="center"/>
          </w:tcPr>
          <w:p w14:paraId="44541080" w14:textId="77777777" w:rsidR="000E1AE8" w:rsidRDefault="00000000">
            <w:pPr>
              <w:spacing w:after="0" w:line="224" w:lineRule="exact"/>
            </w:pPr>
            <w:r>
              <w:rPr>
                <w:b/>
                <w:sz w:val="18"/>
                <w:lang w:val="de-DE"/>
              </w:rPr>
              <w:t>Mandatsreferenz</w:t>
            </w:r>
          </w:p>
        </w:tc>
        <w:tc>
          <w:tcPr>
            <w:tcW w:w="4082" w:type="dxa"/>
            <w:tcBorders>
              <w:bottom w:val="single" w:sz="8" w:space="0" w:color="4A4A4A"/>
            </w:tcBorders>
            <w:tcMar>
              <w:top w:w="40" w:type="dxa"/>
              <w:left w:w="45" w:type="dxa"/>
              <w:bottom w:w="40" w:type="dxa"/>
              <w:right w:w="45" w:type="dxa"/>
            </w:tcMar>
            <w:vAlign w:val="center"/>
          </w:tcPr>
          <w:p w14:paraId="6809DFC1" w14:textId="77777777" w:rsidR="000E1AE8" w:rsidRDefault="000E1AE8">
            <w:pPr>
              <w:spacing w:after="0"/>
            </w:pPr>
          </w:p>
        </w:tc>
        <w:tc>
          <w:tcPr>
            <w:tcW w:w="3118" w:type="dxa"/>
            <w:tcMar>
              <w:top w:w="40" w:type="dxa"/>
              <w:left w:w="45" w:type="dxa"/>
              <w:bottom w:w="40" w:type="dxa"/>
              <w:right w:w="45" w:type="dxa"/>
            </w:tcMar>
            <w:vAlign w:val="center"/>
          </w:tcPr>
          <w:p w14:paraId="5DD9E679" w14:textId="77777777" w:rsidR="000E1AE8" w:rsidRDefault="00000000">
            <w:pPr>
              <w:spacing w:after="0" w:line="204" w:lineRule="exact"/>
            </w:pPr>
            <w:r>
              <w:rPr>
                <w:color w:val="555555"/>
                <w:sz w:val="16"/>
                <w:lang w:val="de-DE"/>
              </w:rPr>
              <w:t>wird vom Verein vergeben</w:t>
            </w:r>
          </w:p>
        </w:tc>
      </w:tr>
    </w:tbl>
    <w:p w14:paraId="399A7160" w14:textId="77777777" w:rsidR="000E1AE8" w:rsidRDefault="00000000">
      <w:pPr>
        <w:spacing w:before="60" w:after="40"/>
      </w:pPr>
      <w:r>
        <w:rPr>
          <w:sz w:val="18"/>
          <w:lang w:val="de-DE"/>
        </w:rPr>
        <w:t>Ich ermächtige die Stadtkapelle Memmingen e. V., Zahlungen von meinem Konto mittels Lastschrift einzuziehen. Zugleich weise ich mein Kreditinstitut an, die von der Stadtkapelle Memmingen e. V. auf mein Konto gezogenen Lastschriften einzulösen.</w:t>
      </w:r>
    </w:p>
    <w:p w14:paraId="74FC3841" w14:textId="77777777" w:rsidR="000E1AE8" w:rsidRDefault="00000000">
      <w:pPr>
        <w:spacing w:after="40" w:line="220" w:lineRule="exact"/>
      </w:pPr>
      <w:r>
        <w:rPr>
          <w:i/>
          <w:sz w:val="18"/>
          <w:lang w:val="de-DE"/>
        </w:rPr>
        <w:t>Hinweis: Ich kann innerhalb von acht Wochen, beginnend mit dem Belastungsdatum, die Erstattung des belasteten Betrags verlangen. Es gelten dabei die mit meinem Kreditinstitut vereinbarten Bedingungen.</w:t>
      </w:r>
    </w:p>
    <w:p w14:paraId="0B07014A" w14:textId="77777777" w:rsidR="000E1AE8" w:rsidRDefault="00000000">
      <w:pPr>
        <w:pStyle w:val="berschrift1"/>
      </w:pPr>
      <w:r>
        <w:rPr>
          <w:rFonts w:ascii="Arial" w:eastAsia="Arial" w:hAnsi="Arial" w:cs="Arial"/>
          <w:lang w:val="de-DE"/>
        </w:rPr>
        <w:t>Persönliche Angaben</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1417"/>
        <w:gridCol w:w="3288"/>
        <w:gridCol w:w="1417"/>
        <w:gridCol w:w="3515"/>
      </w:tblGrid>
      <w:tr w:rsidR="000E1AE8" w14:paraId="352BDE80" w14:textId="77777777">
        <w:trPr>
          <w:trHeight w:val="312"/>
        </w:trPr>
        <w:tc>
          <w:tcPr>
            <w:tcW w:w="1417" w:type="dxa"/>
            <w:tcMar>
              <w:top w:w="40" w:type="dxa"/>
              <w:left w:w="45" w:type="dxa"/>
              <w:bottom w:w="40" w:type="dxa"/>
              <w:right w:w="45" w:type="dxa"/>
            </w:tcMar>
            <w:vAlign w:val="center"/>
          </w:tcPr>
          <w:p w14:paraId="26C9281C" w14:textId="77777777" w:rsidR="000E1AE8" w:rsidRDefault="00000000">
            <w:pPr>
              <w:spacing w:after="0" w:line="224" w:lineRule="exact"/>
            </w:pPr>
            <w:r>
              <w:rPr>
                <w:sz w:val="18"/>
                <w:lang w:val="de-DE"/>
              </w:rPr>
              <w:t>Name</w:t>
            </w:r>
          </w:p>
        </w:tc>
        <w:tc>
          <w:tcPr>
            <w:tcW w:w="3288" w:type="dxa"/>
            <w:tcBorders>
              <w:bottom w:val="single" w:sz="8" w:space="0" w:color="4A4A4A"/>
            </w:tcBorders>
            <w:tcMar>
              <w:top w:w="40" w:type="dxa"/>
              <w:left w:w="45" w:type="dxa"/>
              <w:bottom w:w="40" w:type="dxa"/>
              <w:right w:w="45" w:type="dxa"/>
            </w:tcMar>
            <w:vAlign w:val="center"/>
          </w:tcPr>
          <w:p w14:paraId="0E1484CE" w14:textId="77777777" w:rsidR="000E1AE8" w:rsidRDefault="000E1AE8">
            <w:pPr>
              <w:spacing w:after="0"/>
            </w:pPr>
          </w:p>
        </w:tc>
        <w:tc>
          <w:tcPr>
            <w:tcW w:w="1417" w:type="dxa"/>
            <w:tcMar>
              <w:top w:w="40" w:type="dxa"/>
              <w:left w:w="45" w:type="dxa"/>
              <w:bottom w:w="40" w:type="dxa"/>
              <w:right w:w="45" w:type="dxa"/>
            </w:tcMar>
            <w:vAlign w:val="center"/>
          </w:tcPr>
          <w:p w14:paraId="44378304" w14:textId="77777777" w:rsidR="000E1AE8" w:rsidRDefault="00000000">
            <w:pPr>
              <w:spacing w:after="0" w:line="224" w:lineRule="exact"/>
            </w:pPr>
            <w:r>
              <w:rPr>
                <w:sz w:val="18"/>
                <w:lang w:val="de-DE"/>
              </w:rPr>
              <w:t>Vorname</w:t>
            </w:r>
          </w:p>
        </w:tc>
        <w:tc>
          <w:tcPr>
            <w:tcW w:w="3515" w:type="dxa"/>
            <w:tcBorders>
              <w:bottom w:val="single" w:sz="8" w:space="0" w:color="4A4A4A"/>
            </w:tcBorders>
            <w:tcMar>
              <w:top w:w="40" w:type="dxa"/>
              <w:left w:w="45" w:type="dxa"/>
              <w:bottom w:w="40" w:type="dxa"/>
              <w:right w:w="45" w:type="dxa"/>
            </w:tcMar>
            <w:vAlign w:val="center"/>
          </w:tcPr>
          <w:p w14:paraId="20AA026D" w14:textId="77777777" w:rsidR="000E1AE8" w:rsidRDefault="000E1AE8">
            <w:pPr>
              <w:spacing w:after="0"/>
            </w:pPr>
          </w:p>
        </w:tc>
      </w:tr>
      <w:tr w:rsidR="000E1AE8" w14:paraId="74328D41" w14:textId="77777777">
        <w:trPr>
          <w:trHeight w:val="312"/>
        </w:trPr>
        <w:tc>
          <w:tcPr>
            <w:tcW w:w="1417" w:type="dxa"/>
            <w:tcMar>
              <w:top w:w="40" w:type="dxa"/>
              <w:left w:w="45" w:type="dxa"/>
              <w:bottom w:w="40" w:type="dxa"/>
              <w:right w:w="45" w:type="dxa"/>
            </w:tcMar>
            <w:vAlign w:val="center"/>
          </w:tcPr>
          <w:p w14:paraId="6F03923D" w14:textId="77777777" w:rsidR="000E1AE8" w:rsidRDefault="00000000">
            <w:pPr>
              <w:spacing w:after="0" w:line="224" w:lineRule="exact"/>
            </w:pPr>
            <w:r>
              <w:rPr>
                <w:sz w:val="18"/>
                <w:lang w:val="de-DE"/>
              </w:rPr>
              <w:t>Geburtsdatum</w:t>
            </w:r>
          </w:p>
        </w:tc>
        <w:tc>
          <w:tcPr>
            <w:tcW w:w="8220" w:type="dxa"/>
            <w:gridSpan w:val="3"/>
            <w:tcBorders>
              <w:bottom w:val="single" w:sz="8" w:space="0" w:color="4A4A4A"/>
            </w:tcBorders>
            <w:tcMar>
              <w:top w:w="40" w:type="dxa"/>
              <w:left w:w="45" w:type="dxa"/>
              <w:bottom w:w="40" w:type="dxa"/>
              <w:right w:w="45" w:type="dxa"/>
            </w:tcMar>
            <w:vAlign w:val="center"/>
          </w:tcPr>
          <w:p w14:paraId="770E21C5" w14:textId="77777777" w:rsidR="000E1AE8" w:rsidRDefault="000E1AE8">
            <w:pPr>
              <w:spacing w:after="0"/>
            </w:pPr>
          </w:p>
        </w:tc>
      </w:tr>
      <w:tr w:rsidR="000E1AE8" w14:paraId="51B7D798" w14:textId="77777777">
        <w:trPr>
          <w:trHeight w:val="312"/>
        </w:trPr>
        <w:tc>
          <w:tcPr>
            <w:tcW w:w="1417" w:type="dxa"/>
            <w:tcMar>
              <w:top w:w="40" w:type="dxa"/>
              <w:left w:w="45" w:type="dxa"/>
              <w:bottom w:w="40" w:type="dxa"/>
              <w:right w:w="45" w:type="dxa"/>
            </w:tcMar>
            <w:vAlign w:val="center"/>
          </w:tcPr>
          <w:p w14:paraId="5261FF35" w14:textId="77777777" w:rsidR="000E1AE8" w:rsidRDefault="00000000">
            <w:pPr>
              <w:spacing w:after="0" w:line="224" w:lineRule="exact"/>
            </w:pPr>
            <w:r>
              <w:rPr>
                <w:sz w:val="18"/>
                <w:lang w:val="de-DE"/>
              </w:rPr>
              <w:t>Straße</w:t>
            </w:r>
          </w:p>
        </w:tc>
        <w:tc>
          <w:tcPr>
            <w:tcW w:w="8220" w:type="dxa"/>
            <w:gridSpan w:val="3"/>
            <w:tcBorders>
              <w:bottom w:val="single" w:sz="8" w:space="0" w:color="4A4A4A"/>
            </w:tcBorders>
            <w:tcMar>
              <w:top w:w="40" w:type="dxa"/>
              <w:left w:w="45" w:type="dxa"/>
              <w:bottom w:w="40" w:type="dxa"/>
              <w:right w:w="45" w:type="dxa"/>
            </w:tcMar>
            <w:vAlign w:val="center"/>
          </w:tcPr>
          <w:p w14:paraId="14887331" w14:textId="77777777" w:rsidR="000E1AE8" w:rsidRDefault="000E1AE8">
            <w:pPr>
              <w:spacing w:after="0"/>
            </w:pPr>
          </w:p>
        </w:tc>
      </w:tr>
      <w:tr w:rsidR="000E1AE8" w14:paraId="19BB0D63" w14:textId="77777777">
        <w:trPr>
          <w:trHeight w:val="312"/>
        </w:trPr>
        <w:tc>
          <w:tcPr>
            <w:tcW w:w="1417" w:type="dxa"/>
            <w:tcMar>
              <w:top w:w="40" w:type="dxa"/>
              <w:left w:w="45" w:type="dxa"/>
              <w:bottom w:w="40" w:type="dxa"/>
              <w:right w:w="45" w:type="dxa"/>
            </w:tcMar>
            <w:vAlign w:val="center"/>
          </w:tcPr>
          <w:p w14:paraId="14D6D649" w14:textId="77777777" w:rsidR="000E1AE8" w:rsidRDefault="00000000">
            <w:pPr>
              <w:spacing w:after="0" w:line="224" w:lineRule="exact"/>
            </w:pPr>
            <w:r>
              <w:rPr>
                <w:sz w:val="18"/>
                <w:lang w:val="de-DE"/>
              </w:rPr>
              <w:t>PLZ und Ort</w:t>
            </w:r>
          </w:p>
        </w:tc>
        <w:tc>
          <w:tcPr>
            <w:tcW w:w="8220" w:type="dxa"/>
            <w:gridSpan w:val="3"/>
            <w:tcBorders>
              <w:bottom w:val="single" w:sz="8" w:space="0" w:color="4A4A4A"/>
            </w:tcBorders>
            <w:tcMar>
              <w:top w:w="40" w:type="dxa"/>
              <w:left w:w="45" w:type="dxa"/>
              <w:bottom w:w="40" w:type="dxa"/>
              <w:right w:w="45" w:type="dxa"/>
            </w:tcMar>
            <w:vAlign w:val="center"/>
          </w:tcPr>
          <w:p w14:paraId="10E76FDC" w14:textId="77777777" w:rsidR="000E1AE8" w:rsidRDefault="000E1AE8">
            <w:pPr>
              <w:spacing w:after="0"/>
            </w:pPr>
          </w:p>
        </w:tc>
      </w:tr>
      <w:tr w:rsidR="000E1AE8" w14:paraId="77448C24" w14:textId="77777777">
        <w:trPr>
          <w:trHeight w:val="312"/>
        </w:trPr>
        <w:tc>
          <w:tcPr>
            <w:tcW w:w="1417" w:type="dxa"/>
            <w:tcMar>
              <w:top w:w="40" w:type="dxa"/>
              <w:left w:w="45" w:type="dxa"/>
              <w:bottom w:w="40" w:type="dxa"/>
              <w:right w:w="45" w:type="dxa"/>
            </w:tcMar>
            <w:vAlign w:val="center"/>
          </w:tcPr>
          <w:p w14:paraId="37FD46DD" w14:textId="2508299B" w:rsidR="000E1AE8" w:rsidRDefault="00000000">
            <w:pPr>
              <w:spacing w:after="0" w:line="224" w:lineRule="exact"/>
            </w:pPr>
            <w:r>
              <w:rPr>
                <w:sz w:val="18"/>
                <w:lang w:val="de-DE"/>
              </w:rPr>
              <w:t xml:space="preserve">Telefon </w:t>
            </w:r>
            <w:r w:rsidR="00E06122">
              <w:rPr>
                <w:sz w:val="18"/>
                <w:lang w:val="de-DE"/>
              </w:rPr>
              <w:t>/</w:t>
            </w:r>
            <w:r>
              <w:rPr>
                <w:sz w:val="18"/>
                <w:lang w:val="de-DE"/>
              </w:rPr>
              <w:t xml:space="preserve"> </w:t>
            </w:r>
            <w:proofErr w:type="gramStart"/>
            <w:r>
              <w:rPr>
                <w:sz w:val="18"/>
                <w:lang w:val="de-DE"/>
              </w:rPr>
              <w:t>Mobil</w:t>
            </w:r>
            <w:proofErr w:type="gramEnd"/>
          </w:p>
        </w:tc>
        <w:tc>
          <w:tcPr>
            <w:tcW w:w="8220" w:type="dxa"/>
            <w:gridSpan w:val="3"/>
            <w:tcBorders>
              <w:bottom w:val="single" w:sz="8" w:space="0" w:color="4A4A4A"/>
            </w:tcBorders>
            <w:tcMar>
              <w:top w:w="40" w:type="dxa"/>
              <w:left w:w="45" w:type="dxa"/>
              <w:bottom w:w="40" w:type="dxa"/>
              <w:right w:w="45" w:type="dxa"/>
            </w:tcMar>
            <w:vAlign w:val="center"/>
          </w:tcPr>
          <w:p w14:paraId="0A945319" w14:textId="77777777" w:rsidR="000E1AE8" w:rsidRDefault="000E1AE8">
            <w:pPr>
              <w:spacing w:after="0"/>
            </w:pPr>
          </w:p>
        </w:tc>
      </w:tr>
      <w:tr w:rsidR="000E1AE8" w14:paraId="38FFBEF8" w14:textId="77777777">
        <w:trPr>
          <w:trHeight w:val="312"/>
        </w:trPr>
        <w:tc>
          <w:tcPr>
            <w:tcW w:w="1417" w:type="dxa"/>
            <w:tcMar>
              <w:top w:w="40" w:type="dxa"/>
              <w:left w:w="45" w:type="dxa"/>
              <w:bottom w:w="40" w:type="dxa"/>
              <w:right w:w="45" w:type="dxa"/>
            </w:tcMar>
            <w:vAlign w:val="center"/>
          </w:tcPr>
          <w:p w14:paraId="1BC14BC6" w14:textId="77777777" w:rsidR="000E1AE8" w:rsidRDefault="00000000">
            <w:pPr>
              <w:spacing w:after="0" w:line="224" w:lineRule="exact"/>
            </w:pPr>
            <w:r>
              <w:rPr>
                <w:sz w:val="18"/>
                <w:lang w:val="de-DE"/>
              </w:rPr>
              <w:t>E-Mail</w:t>
            </w:r>
          </w:p>
        </w:tc>
        <w:tc>
          <w:tcPr>
            <w:tcW w:w="8220" w:type="dxa"/>
            <w:gridSpan w:val="3"/>
            <w:tcBorders>
              <w:bottom w:val="single" w:sz="8" w:space="0" w:color="4A4A4A"/>
            </w:tcBorders>
            <w:tcMar>
              <w:top w:w="40" w:type="dxa"/>
              <w:left w:w="45" w:type="dxa"/>
              <w:bottom w:w="40" w:type="dxa"/>
              <w:right w:w="45" w:type="dxa"/>
            </w:tcMar>
            <w:vAlign w:val="center"/>
          </w:tcPr>
          <w:p w14:paraId="6184A6CC" w14:textId="77777777" w:rsidR="000E1AE8" w:rsidRDefault="000E1AE8">
            <w:pPr>
              <w:spacing w:after="0"/>
            </w:pPr>
          </w:p>
        </w:tc>
      </w:tr>
    </w:tbl>
    <w:p w14:paraId="464E0849" w14:textId="77777777" w:rsidR="000E1AE8" w:rsidRDefault="00000000">
      <w:pPr>
        <w:pStyle w:val="berschrift1"/>
        <w:spacing w:after="20"/>
      </w:pPr>
      <w:r>
        <w:rPr>
          <w:rFonts w:ascii="Arial" w:eastAsia="Arial" w:hAnsi="Arial" w:cs="Arial"/>
          <w:lang w:val="de-DE"/>
        </w:rPr>
        <w:t>Beitrag und Bankverbindung</w:t>
      </w:r>
    </w:p>
    <w:p w14:paraId="3AA0AA58" w14:textId="77777777" w:rsidR="000E1AE8" w:rsidRDefault="00000000">
      <w:pPr>
        <w:spacing w:after="20" w:line="226" w:lineRule="exact"/>
      </w:pPr>
      <w:r>
        <w:rPr>
          <w:sz w:val="18"/>
          <w:lang w:val="de-DE"/>
        </w:rPr>
        <w:t>Hiermit beantrage ich die Fördermitgliedschaft und erkläre mich mit dem Einzug des jährlichen Fördermitgliedsbeitrags einverstanden.</w:t>
      </w:r>
    </w:p>
    <w:tbl>
      <w:tblPr>
        <w:tblW w:w="9692" w:type="dxa"/>
        <w:tblBorders>
          <w:top w:val="nil"/>
          <w:left w:val="nil"/>
          <w:bottom w:val="nil"/>
          <w:right w:val="nil"/>
          <w:insideH w:val="nil"/>
          <w:insideV w:val="nil"/>
        </w:tblBorders>
        <w:tblLayout w:type="fixed"/>
        <w:tblLook w:val="04A0" w:firstRow="1" w:lastRow="0" w:firstColumn="1" w:lastColumn="0" w:noHBand="0" w:noVBand="1"/>
      </w:tblPr>
      <w:tblGrid>
        <w:gridCol w:w="3563"/>
        <w:gridCol w:w="1505"/>
        <w:gridCol w:w="4624"/>
      </w:tblGrid>
      <w:tr w:rsidR="000E1AE8" w14:paraId="798EEB52" w14:textId="77777777" w:rsidTr="00147271">
        <w:trPr>
          <w:trHeight w:val="334"/>
        </w:trPr>
        <w:tc>
          <w:tcPr>
            <w:tcW w:w="3563" w:type="dxa"/>
            <w:tcMar>
              <w:top w:w="40" w:type="dxa"/>
              <w:left w:w="45" w:type="dxa"/>
              <w:bottom w:w="40" w:type="dxa"/>
              <w:right w:w="45" w:type="dxa"/>
            </w:tcMar>
            <w:vAlign w:val="center"/>
          </w:tcPr>
          <w:p w14:paraId="40B3B2EF" w14:textId="77777777" w:rsidR="000E1AE8" w:rsidRDefault="00000000">
            <w:pPr>
              <w:spacing w:after="0" w:line="224" w:lineRule="exact"/>
            </w:pPr>
            <w:r>
              <w:rPr>
                <w:sz w:val="18"/>
                <w:lang w:val="de-DE"/>
              </w:rPr>
              <w:t>Jährlicher Fördermitgliedsbeitrag</w:t>
            </w:r>
          </w:p>
        </w:tc>
        <w:tc>
          <w:tcPr>
            <w:tcW w:w="1505" w:type="dxa"/>
            <w:tcBorders>
              <w:bottom w:val="single" w:sz="8" w:space="0" w:color="4A4A4A"/>
            </w:tcBorders>
            <w:tcMar>
              <w:top w:w="40" w:type="dxa"/>
              <w:left w:w="45" w:type="dxa"/>
              <w:bottom w:w="40" w:type="dxa"/>
              <w:right w:w="45" w:type="dxa"/>
            </w:tcMar>
            <w:vAlign w:val="center"/>
          </w:tcPr>
          <w:p w14:paraId="48E440CF" w14:textId="77777777" w:rsidR="000E1AE8" w:rsidRDefault="000E1AE8">
            <w:pPr>
              <w:spacing w:after="0"/>
            </w:pPr>
          </w:p>
        </w:tc>
        <w:tc>
          <w:tcPr>
            <w:tcW w:w="4624" w:type="dxa"/>
            <w:tcMar>
              <w:top w:w="40" w:type="dxa"/>
              <w:left w:w="45" w:type="dxa"/>
              <w:bottom w:w="40" w:type="dxa"/>
              <w:right w:w="45" w:type="dxa"/>
            </w:tcMar>
            <w:vAlign w:val="center"/>
          </w:tcPr>
          <w:p w14:paraId="779711B3" w14:textId="77777777" w:rsidR="000E1AE8" w:rsidRDefault="00000000">
            <w:pPr>
              <w:spacing w:after="0" w:line="224" w:lineRule="exact"/>
            </w:pPr>
            <w:r>
              <w:rPr>
                <w:sz w:val="18"/>
                <w:lang w:val="de-DE"/>
              </w:rPr>
              <w:t>€  Mindestbeitrag 10,00 €</w:t>
            </w:r>
          </w:p>
        </w:tc>
      </w:tr>
      <w:tr w:rsidR="000E1AE8" w14:paraId="4A9ECC20" w14:textId="77777777" w:rsidTr="00147271">
        <w:trPr>
          <w:trHeight w:val="334"/>
        </w:trPr>
        <w:tc>
          <w:tcPr>
            <w:tcW w:w="3563" w:type="dxa"/>
            <w:tcMar>
              <w:top w:w="40" w:type="dxa"/>
              <w:left w:w="45" w:type="dxa"/>
              <w:bottom w:w="40" w:type="dxa"/>
              <w:right w:w="45" w:type="dxa"/>
            </w:tcMar>
            <w:vAlign w:val="center"/>
          </w:tcPr>
          <w:p w14:paraId="7AE6AD2F" w14:textId="77777777" w:rsidR="000E1AE8" w:rsidRDefault="00000000">
            <w:pPr>
              <w:spacing w:after="0" w:line="218" w:lineRule="exact"/>
            </w:pPr>
            <w:r>
              <w:rPr>
                <w:sz w:val="17"/>
                <w:lang w:val="de-DE"/>
              </w:rPr>
              <w:t>Kontoinhaberin oder Kontoinhaber</w:t>
            </w:r>
          </w:p>
        </w:tc>
        <w:tc>
          <w:tcPr>
            <w:tcW w:w="6129" w:type="dxa"/>
            <w:gridSpan w:val="2"/>
            <w:tcBorders>
              <w:bottom w:val="single" w:sz="8" w:space="0" w:color="4A4A4A"/>
            </w:tcBorders>
            <w:tcMar>
              <w:top w:w="40" w:type="dxa"/>
              <w:left w:w="45" w:type="dxa"/>
              <w:bottom w:w="40" w:type="dxa"/>
              <w:right w:w="45" w:type="dxa"/>
            </w:tcMar>
            <w:vAlign w:val="center"/>
          </w:tcPr>
          <w:p w14:paraId="7E8EE2C6" w14:textId="77777777" w:rsidR="000E1AE8" w:rsidRDefault="000E1AE8">
            <w:pPr>
              <w:spacing w:after="0"/>
            </w:pPr>
          </w:p>
        </w:tc>
      </w:tr>
      <w:tr w:rsidR="000E1AE8" w14:paraId="32372461" w14:textId="77777777" w:rsidTr="00147271">
        <w:trPr>
          <w:trHeight w:val="334"/>
        </w:trPr>
        <w:tc>
          <w:tcPr>
            <w:tcW w:w="3563" w:type="dxa"/>
            <w:tcMar>
              <w:top w:w="40" w:type="dxa"/>
              <w:left w:w="45" w:type="dxa"/>
              <w:bottom w:w="40" w:type="dxa"/>
              <w:right w:w="45" w:type="dxa"/>
            </w:tcMar>
            <w:vAlign w:val="center"/>
          </w:tcPr>
          <w:p w14:paraId="4909CDC1" w14:textId="77777777" w:rsidR="000E1AE8" w:rsidRDefault="00000000">
            <w:pPr>
              <w:spacing w:after="0" w:line="224" w:lineRule="exact"/>
            </w:pPr>
            <w:r>
              <w:rPr>
                <w:sz w:val="18"/>
                <w:lang w:val="de-DE"/>
              </w:rPr>
              <w:t>Kreditinstitut</w:t>
            </w:r>
          </w:p>
        </w:tc>
        <w:tc>
          <w:tcPr>
            <w:tcW w:w="6129" w:type="dxa"/>
            <w:gridSpan w:val="2"/>
            <w:tcBorders>
              <w:bottom w:val="single" w:sz="8" w:space="0" w:color="4A4A4A"/>
            </w:tcBorders>
            <w:tcMar>
              <w:top w:w="40" w:type="dxa"/>
              <w:left w:w="45" w:type="dxa"/>
              <w:bottom w:w="40" w:type="dxa"/>
              <w:right w:w="45" w:type="dxa"/>
            </w:tcMar>
            <w:vAlign w:val="center"/>
          </w:tcPr>
          <w:p w14:paraId="18272EB2" w14:textId="77777777" w:rsidR="000E1AE8" w:rsidRDefault="000E1AE8">
            <w:pPr>
              <w:spacing w:after="0"/>
            </w:pPr>
          </w:p>
        </w:tc>
      </w:tr>
    </w:tbl>
    <w:p w14:paraId="087B5C2F" w14:textId="77777777" w:rsidR="000E1AE8" w:rsidRDefault="00000000">
      <w:pPr>
        <w:spacing w:before="40" w:after="20"/>
      </w:pPr>
      <w:r>
        <w:rPr>
          <w:b/>
          <w:sz w:val="17"/>
          <w:lang w:val="de-DE"/>
        </w:rPr>
        <w:t>IBAN  22 Stellen</w:t>
      </w:r>
    </w:p>
    <w:tbl>
      <w:tblPr>
        <w:tblW w:w="9636" w:type="dxa"/>
        <w:tblInd w:w="6" w:type="dxa"/>
        <w:tblLayout w:type="fixed"/>
        <w:tblLook w:val="04A0" w:firstRow="1" w:lastRow="0" w:firstColumn="1" w:lastColumn="0" w:noHBand="0" w:noVBand="1"/>
      </w:tblPr>
      <w:tblGrid>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rsidR="000E1AE8" w14:paraId="6A8F3813" w14:textId="77777777" w:rsidTr="00E06122">
        <w:trPr>
          <w:trHeight w:val="369"/>
        </w:trPr>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7F8C1A5D" w14:textId="77777777" w:rsidR="000E1AE8" w:rsidRDefault="00000000" w:rsidP="004F41FD">
            <w:pPr>
              <w:spacing w:after="0"/>
              <w:ind w:left="-396" w:firstLine="396"/>
              <w:jc w:val="center"/>
            </w:pPr>
            <w:r>
              <w:rPr>
                <w:lang w:val="de-DE"/>
              </w:rPr>
              <w:t>D</w:t>
            </w: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CDC50D4" w14:textId="77777777" w:rsidR="000E1AE8" w:rsidRDefault="00000000" w:rsidP="004F41FD">
            <w:pPr>
              <w:spacing w:after="0"/>
              <w:ind w:left="-396" w:firstLine="396"/>
              <w:jc w:val="center"/>
            </w:pPr>
            <w:r>
              <w:rPr>
                <w:lang w:val="de-DE"/>
              </w:rPr>
              <w:t>E</w:t>
            </w: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B15B632"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3AFB8C8F"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F4C0F1B"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03EC71C1"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0D49EA8"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17D74696"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8BB9AC5"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02D4CD7"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4E97C58"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7C540432"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E31F643"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DC14B2C"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B6DA0DE"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57C11BDF"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6570ED5"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74E0CC87"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F135E5C"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5517F146"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28FDC08" w14:textId="77777777" w:rsidR="000E1AE8" w:rsidRDefault="000E1AE8" w:rsidP="004F41FD">
            <w:pPr>
              <w:spacing w:after="0"/>
              <w:ind w:left="-396" w:firstLine="396"/>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33F8CAF7" w14:textId="77777777" w:rsidR="000E1AE8" w:rsidRDefault="000E1AE8" w:rsidP="004F41FD">
            <w:pPr>
              <w:spacing w:after="0"/>
              <w:ind w:left="-396" w:firstLine="396"/>
              <w:jc w:val="center"/>
            </w:pPr>
          </w:p>
        </w:tc>
      </w:tr>
    </w:tbl>
    <w:p w14:paraId="136722A6" w14:textId="77777777" w:rsidR="000E1AE8" w:rsidRDefault="00000000">
      <w:pPr>
        <w:spacing w:before="20" w:after="20"/>
      </w:pPr>
      <w:r>
        <w:rPr>
          <w:b/>
          <w:sz w:val="17"/>
          <w:lang w:val="de-DE"/>
        </w:rPr>
        <w:t>BIC  8 oder 11 Stellen</w:t>
      </w:r>
    </w:p>
    <w:tbl>
      <w:tblPr>
        <w:tblW w:w="0" w:type="auto"/>
        <w:tblInd w:w="6" w:type="dxa"/>
        <w:tblLayout w:type="fixed"/>
        <w:tblLook w:val="04A0" w:firstRow="1" w:lastRow="0" w:firstColumn="1" w:lastColumn="0" w:noHBand="0" w:noVBand="1"/>
      </w:tblPr>
      <w:tblGrid>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438"/>
      </w:tblGrid>
      <w:tr w:rsidR="000E1AE8" w14:paraId="22E2C760" w14:textId="77777777" w:rsidTr="00E06122">
        <w:trPr>
          <w:trHeight w:val="351"/>
        </w:trPr>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76A8E370" w14:textId="599A5DF9"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482A352D"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646D1FF"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35F2E487"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4235CE0F"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52EE613"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133D2B77"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12" w:space="0" w:color="000000"/>
            </w:tcBorders>
            <w:tcMar>
              <w:top w:w="25" w:type="dxa"/>
              <w:left w:w="0" w:type="dxa"/>
              <w:bottom w:w="25" w:type="dxa"/>
              <w:right w:w="0" w:type="dxa"/>
            </w:tcMar>
            <w:vAlign w:val="center"/>
          </w:tcPr>
          <w:p w14:paraId="2CB92F6D"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575D2F1B"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2CE4F5BA" w14:textId="77777777" w:rsidR="000E1AE8" w:rsidRDefault="000E1AE8" w:rsidP="00E06122">
            <w:pPr>
              <w:ind w:left="-383" w:firstLine="383"/>
              <w:jc w:val="center"/>
            </w:pPr>
          </w:p>
        </w:tc>
        <w:tc>
          <w:tcPr>
            <w:tcW w:w="438" w:type="dxa"/>
            <w:tcBorders>
              <w:top w:val="single" w:sz="5" w:space="0" w:color="000000"/>
              <w:left w:val="single" w:sz="5" w:space="0" w:color="000000"/>
              <w:bottom w:val="single" w:sz="5" w:space="0" w:color="000000"/>
              <w:right w:val="single" w:sz="5" w:space="0" w:color="000000"/>
            </w:tcBorders>
            <w:tcMar>
              <w:top w:w="25" w:type="dxa"/>
              <w:left w:w="0" w:type="dxa"/>
              <w:bottom w:w="25" w:type="dxa"/>
              <w:right w:w="0" w:type="dxa"/>
            </w:tcMar>
            <w:vAlign w:val="center"/>
          </w:tcPr>
          <w:p w14:paraId="66B3AF05" w14:textId="77777777" w:rsidR="000E1AE8" w:rsidRDefault="000E1AE8" w:rsidP="00E06122">
            <w:pPr>
              <w:ind w:left="-383" w:firstLine="383"/>
              <w:jc w:val="center"/>
            </w:pPr>
          </w:p>
        </w:tc>
        <w:tc>
          <w:tcPr>
            <w:tcW w:w="438" w:type="dxa"/>
            <w:tcMar>
              <w:top w:w="25" w:type="dxa"/>
              <w:left w:w="0" w:type="dxa"/>
              <w:bottom w:w="25" w:type="dxa"/>
              <w:right w:w="0" w:type="dxa"/>
            </w:tcMar>
            <w:vAlign w:val="center"/>
          </w:tcPr>
          <w:p w14:paraId="164E337A" w14:textId="77777777" w:rsidR="000E1AE8" w:rsidRDefault="000E1AE8" w:rsidP="00E06122">
            <w:pPr>
              <w:ind w:left="-383" w:firstLine="383"/>
            </w:pPr>
          </w:p>
        </w:tc>
        <w:tc>
          <w:tcPr>
            <w:tcW w:w="438" w:type="dxa"/>
            <w:tcMar>
              <w:top w:w="25" w:type="dxa"/>
              <w:left w:w="0" w:type="dxa"/>
              <w:bottom w:w="25" w:type="dxa"/>
              <w:right w:w="0" w:type="dxa"/>
            </w:tcMar>
            <w:vAlign w:val="center"/>
          </w:tcPr>
          <w:p w14:paraId="51198EEF" w14:textId="77777777" w:rsidR="000E1AE8" w:rsidRDefault="000E1AE8" w:rsidP="00E06122">
            <w:pPr>
              <w:ind w:left="-383" w:firstLine="383"/>
            </w:pPr>
          </w:p>
        </w:tc>
        <w:tc>
          <w:tcPr>
            <w:tcW w:w="438" w:type="dxa"/>
            <w:tcMar>
              <w:top w:w="25" w:type="dxa"/>
              <w:left w:w="0" w:type="dxa"/>
              <w:bottom w:w="25" w:type="dxa"/>
              <w:right w:w="0" w:type="dxa"/>
            </w:tcMar>
            <w:vAlign w:val="center"/>
          </w:tcPr>
          <w:p w14:paraId="5C8D48D4" w14:textId="77777777" w:rsidR="000E1AE8" w:rsidRDefault="000E1AE8" w:rsidP="00E06122">
            <w:pPr>
              <w:ind w:left="-383" w:firstLine="383"/>
            </w:pPr>
          </w:p>
        </w:tc>
        <w:tc>
          <w:tcPr>
            <w:tcW w:w="438" w:type="dxa"/>
            <w:tcMar>
              <w:top w:w="25" w:type="dxa"/>
              <w:left w:w="0" w:type="dxa"/>
              <w:bottom w:w="25" w:type="dxa"/>
              <w:right w:w="0" w:type="dxa"/>
            </w:tcMar>
            <w:vAlign w:val="center"/>
          </w:tcPr>
          <w:p w14:paraId="332FDD56" w14:textId="77777777" w:rsidR="000E1AE8" w:rsidRDefault="000E1AE8" w:rsidP="00E06122">
            <w:pPr>
              <w:ind w:left="-383" w:firstLine="383"/>
            </w:pPr>
          </w:p>
        </w:tc>
        <w:tc>
          <w:tcPr>
            <w:tcW w:w="438" w:type="dxa"/>
            <w:tcMar>
              <w:top w:w="25" w:type="dxa"/>
              <w:left w:w="0" w:type="dxa"/>
              <w:bottom w:w="25" w:type="dxa"/>
              <w:right w:w="0" w:type="dxa"/>
            </w:tcMar>
            <w:vAlign w:val="center"/>
          </w:tcPr>
          <w:p w14:paraId="4E4AEA6F" w14:textId="77777777" w:rsidR="000E1AE8" w:rsidRDefault="000E1AE8" w:rsidP="00E06122">
            <w:pPr>
              <w:ind w:left="-383" w:firstLine="383"/>
            </w:pPr>
          </w:p>
        </w:tc>
        <w:tc>
          <w:tcPr>
            <w:tcW w:w="438" w:type="dxa"/>
            <w:tcMar>
              <w:top w:w="25" w:type="dxa"/>
              <w:left w:w="0" w:type="dxa"/>
              <w:bottom w:w="25" w:type="dxa"/>
              <w:right w:w="0" w:type="dxa"/>
            </w:tcMar>
            <w:vAlign w:val="center"/>
          </w:tcPr>
          <w:p w14:paraId="2B107506" w14:textId="77777777" w:rsidR="000E1AE8" w:rsidRDefault="000E1AE8" w:rsidP="00E06122">
            <w:pPr>
              <w:ind w:left="-383" w:firstLine="383"/>
            </w:pPr>
          </w:p>
        </w:tc>
        <w:tc>
          <w:tcPr>
            <w:tcW w:w="438" w:type="dxa"/>
            <w:tcMar>
              <w:top w:w="25" w:type="dxa"/>
              <w:left w:w="0" w:type="dxa"/>
              <w:bottom w:w="25" w:type="dxa"/>
              <w:right w:w="0" w:type="dxa"/>
            </w:tcMar>
            <w:vAlign w:val="center"/>
          </w:tcPr>
          <w:p w14:paraId="316632B5" w14:textId="77777777" w:rsidR="000E1AE8" w:rsidRDefault="000E1AE8" w:rsidP="00E06122">
            <w:pPr>
              <w:ind w:left="-383" w:firstLine="383"/>
            </w:pPr>
          </w:p>
        </w:tc>
        <w:tc>
          <w:tcPr>
            <w:tcW w:w="438" w:type="dxa"/>
            <w:tcMar>
              <w:top w:w="25" w:type="dxa"/>
              <w:left w:w="0" w:type="dxa"/>
              <w:bottom w:w="25" w:type="dxa"/>
              <w:right w:w="0" w:type="dxa"/>
            </w:tcMar>
            <w:vAlign w:val="center"/>
          </w:tcPr>
          <w:p w14:paraId="38B42731" w14:textId="77777777" w:rsidR="000E1AE8" w:rsidRDefault="000E1AE8" w:rsidP="00E06122">
            <w:pPr>
              <w:ind w:left="-383" w:firstLine="383"/>
            </w:pPr>
          </w:p>
        </w:tc>
        <w:tc>
          <w:tcPr>
            <w:tcW w:w="438" w:type="dxa"/>
            <w:tcMar>
              <w:top w:w="25" w:type="dxa"/>
              <w:left w:w="0" w:type="dxa"/>
              <w:bottom w:w="25" w:type="dxa"/>
              <w:right w:w="0" w:type="dxa"/>
            </w:tcMar>
            <w:vAlign w:val="center"/>
          </w:tcPr>
          <w:p w14:paraId="725049AE" w14:textId="77777777" w:rsidR="000E1AE8" w:rsidRDefault="000E1AE8" w:rsidP="00E06122">
            <w:pPr>
              <w:ind w:left="-383" w:firstLine="383"/>
            </w:pPr>
          </w:p>
        </w:tc>
        <w:tc>
          <w:tcPr>
            <w:tcW w:w="438" w:type="dxa"/>
            <w:tcMar>
              <w:top w:w="25" w:type="dxa"/>
              <w:left w:w="0" w:type="dxa"/>
              <w:bottom w:w="25" w:type="dxa"/>
              <w:right w:w="0" w:type="dxa"/>
            </w:tcMar>
            <w:vAlign w:val="center"/>
          </w:tcPr>
          <w:p w14:paraId="0D2791F9" w14:textId="77777777" w:rsidR="000E1AE8" w:rsidRDefault="000E1AE8" w:rsidP="00E06122">
            <w:pPr>
              <w:ind w:left="-383" w:firstLine="383"/>
            </w:pPr>
          </w:p>
        </w:tc>
        <w:tc>
          <w:tcPr>
            <w:tcW w:w="438" w:type="dxa"/>
            <w:tcMar>
              <w:top w:w="25" w:type="dxa"/>
              <w:left w:w="0" w:type="dxa"/>
              <w:bottom w:w="25" w:type="dxa"/>
              <w:right w:w="0" w:type="dxa"/>
            </w:tcMar>
            <w:vAlign w:val="center"/>
          </w:tcPr>
          <w:p w14:paraId="4217B760" w14:textId="77777777" w:rsidR="000E1AE8" w:rsidRDefault="000E1AE8" w:rsidP="00E06122">
            <w:pPr>
              <w:ind w:left="-383" w:firstLine="383"/>
            </w:pPr>
          </w:p>
        </w:tc>
      </w:tr>
    </w:tbl>
    <w:p w14:paraId="71077E1F" w14:textId="77777777" w:rsidR="000E1AE8" w:rsidRDefault="00000000">
      <w:pPr>
        <w:spacing w:before="80" w:after="40" w:line="216" w:lineRule="exact"/>
      </w:pPr>
      <w:r>
        <w:rPr>
          <w:sz w:val="17"/>
          <w:lang w:val="de-DE"/>
        </w:rPr>
        <w:t>Der Beitrag wird jeweils zum 1. November, beginnend mit dem Eintrittsjahr, bis auf Widerruf abgebucht. Eine Kündigung der Fördermitgliedschaft oder des SEPA-Lastschriftmandats muss spätestens einen Monat vor der Abbuchung schriftlich erfolgen. Andernfalls verlängert sich die Fördermitgliedschaft automatisch um zwölf Monate.</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680"/>
        <w:gridCol w:w="3458"/>
        <w:gridCol w:w="964"/>
        <w:gridCol w:w="4535"/>
      </w:tblGrid>
      <w:tr w:rsidR="000E1AE8" w14:paraId="0B3F8967" w14:textId="77777777">
        <w:trPr>
          <w:trHeight w:val="312"/>
        </w:trPr>
        <w:tc>
          <w:tcPr>
            <w:tcW w:w="680" w:type="dxa"/>
            <w:tcMar>
              <w:top w:w="40" w:type="dxa"/>
              <w:left w:w="45" w:type="dxa"/>
              <w:bottom w:w="40" w:type="dxa"/>
              <w:right w:w="45" w:type="dxa"/>
            </w:tcMar>
            <w:vAlign w:val="center"/>
          </w:tcPr>
          <w:p w14:paraId="477E59B5" w14:textId="77777777" w:rsidR="000E1AE8" w:rsidRDefault="00000000">
            <w:pPr>
              <w:spacing w:after="0" w:line="224" w:lineRule="exact"/>
            </w:pPr>
            <w:r>
              <w:rPr>
                <w:sz w:val="18"/>
                <w:lang w:val="de-DE"/>
              </w:rPr>
              <w:t>Ort</w:t>
            </w:r>
          </w:p>
        </w:tc>
        <w:tc>
          <w:tcPr>
            <w:tcW w:w="3458" w:type="dxa"/>
            <w:tcBorders>
              <w:bottom w:val="single" w:sz="8" w:space="0" w:color="4A4A4A"/>
            </w:tcBorders>
            <w:tcMar>
              <w:top w:w="40" w:type="dxa"/>
              <w:left w:w="45" w:type="dxa"/>
              <w:bottom w:w="40" w:type="dxa"/>
              <w:right w:w="45" w:type="dxa"/>
            </w:tcMar>
            <w:vAlign w:val="center"/>
          </w:tcPr>
          <w:p w14:paraId="5544448D" w14:textId="77777777" w:rsidR="000E1AE8" w:rsidRDefault="000E1AE8">
            <w:pPr>
              <w:spacing w:after="0"/>
            </w:pPr>
          </w:p>
        </w:tc>
        <w:tc>
          <w:tcPr>
            <w:tcW w:w="964" w:type="dxa"/>
            <w:tcMar>
              <w:top w:w="40" w:type="dxa"/>
              <w:left w:w="45" w:type="dxa"/>
              <w:bottom w:w="40" w:type="dxa"/>
              <w:right w:w="45" w:type="dxa"/>
            </w:tcMar>
            <w:vAlign w:val="center"/>
          </w:tcPr>
          <w:p w14:paraId="3706C039" w14:textId="77777777" w:rsidR="000E1AE8" w:rsidRDefault="00000000">
            <w:pPr>
              <w:spacing w:after="0" w:line="224" w:lineRule="exact"/>
            </w:pPr>
            <w:r>
              <w:rPr>
                <w:sz w:val="18"/>
                <w:lang w:val="de-DE"/>
              </w:rPr>
              <w:t>Datum</w:t>
            </w:r>
          </w:p>
        </w:tc>
        <w:tc>
          <w:tcPr>
            <w:tcW w:w="4535" w:type="dxa"/>
            <w:tcBorders>
              <w:bottom w:val="single" w:sz="8" w:space="0" w:color="4A4A4A"/>
            </w:tcBorders>
            <w:tcMar>
              <w:top w:w="40" w:type="dxa"/>
              <w:left w:w="45" w:type="dxa"/>
              <w:bottom w:w="40" w:type="dxa"/>
              <w:right w:w="45" w:type="dxa"/>
            </w:tcMar>
            <w:vAlign w:val="center"/>
          </w:tcPr>
          <w:p w14:paraId="19090CDF" w14:textId="77777777" w:rsidR="000E1AE8" w:rsidRDefault="000E1AE8">
            <w:pPr>
              <w:spacing w:after="0"/>
            </w:pPr>
          </w:p>
        </w:tc>
      </w:tr>
      <w:tr w:rsidR="000E1AE8" w14:paraId="0775A065" w14:textId="77777777">
        <w:trPr>
          <w:trHeight w:val="312"/>
        </w:trPr>
        <w:tc>
          <w:tcPr>
            <w:tcW w:w="4138" w:type="dxa"/>
            <w:gridSpan w:val="2"/>
            <w:tcMar>
              <w:top w:w="40" w:type="dxa"/>
              <w:left w:w="45" w:type="dxa"/>
              <w:bottom w:w="40" w:type="dxa"/>
              <w:right w:w="45" w:type="dxa"/>
            </w:tcMar>
            <w:vAlign w:val="center"/>
          </w:tcPr>
          <w:p w14:paraId="4F505E0D" w14:textId="77777777" w:rsidR="007813BC" w:rsidRDefault="007813BC">
            <w:pPr>
              <w:spacing w:after="0" w:line="216" w:lineRule="exact"/>
              <w:rPr>
                <w:sz w:val="17"/>
                <w:lang w:val="de-DE"/>
              </w:rPr>
            </w:pPr>
          </w:p>
          <w:p w14:paraId="577C21AB" w14:textId="77777777" w:rsidR="00E06122" w:rsidRDefault="00E06122">
            <w:pPr>
              <w:spacing w:after="0" w:line="216" w:lineRule="exact"/>
              <w:rPr>
                <w:sz w:val="17"/>
                <w:lang w:val="de-DE"/>
              </w:rPr>
            </w:pPr>
          </w:p>
          <w:p w14:paraId="1F86E559" w14:textId="4530E810" w:rsidR="000E1AE8" w:rsidRDefault="00000000">
            <w:pPr>
              <w:spacing w:after="0" w:line="216" w:lineRule="exact"/>
            </w:pPr>
            <w:r>
              <w:rPr>
                <w:sz w:val="17"/>
                <w:lang w:val="de-DE"/>
              </w:rPr>
              <w:t xml:space="preserve">Unterschrift der Kontoinhaberin oder </w:t>
            </w:r>
            <w:r w:rsidR="00E06122">
              <w:rPr>
                <w:sz w:val="17"/>
                <w:lang w:val="de-DE"/>
              </w:rPr>
              <w:br/>
            </w:r>
            <w:r>
              <w:rPr>
                <w:sz w:val="17"/>
                <w:lang w:val="de-DE"/>
              </w:rPr>
              <w:t>des Kontoinhabers</w:t>
            </w:r>
          </w:p>
        </w:tc>
        <w:tc>
          <w:tcPr>
            <w:tcW w:w="5499" w:type="dxa"/>
            <w:gridSpan w:val="2"/>
            <w:tcBorders>
              <w:bottom w:val="single" w:sz="8" w:space="0" w:color="4A4A4A"/>
            </w:tcBorders>
            <w:tcMar>
              <w:top w:w="40" w:type="dxa"/>
              <w:left w:w="45" w:type="dxa"/>
              <w:bottom w:w="40" w:type="dxa"/>
              <w:right w:w="45" w:type="dxa"/>
            </w:tcMar>
            <w:vAlign w:val="center"/>
          </w:tcPr>
          <w:p w14:paraId="15195243" w14:textId="77777777" w:rsidR="000E1AE8" w:rsidRDefault="000E1AE8">
            <w:pPr>
              <w:spacing w:after="0"/>
            </w:pPr>
          </w:p>
        </w:tc>
      </w:tr>
    </w:tbl>
    <w:p w14:paraId="22389E7B" w14:textId="77777777" w:rsidR="00E06122" w:rsidRDefault="00E06122">
      <w:pPr>
        <w:spacing w:before="100" w:after="0" w:line="210" w:lineRule="exact"/>
        <w:rPr>
          <w:sz w:val="17"/>
          <w:lang w:val="de-DE"/>
        </w:rPr>
      </w:pPr>
    </w:p>
    <w:p w14:paraId="4697042E" w14:textId="1213F207" w:rsidR="000E1AE8" w:rsidRDefault="00000000">
      <w:pPr>
        <w:spacing w:before="100" w:after="0" w:line="210" w:lineRule="exact"/>
      </w:pPr>
      <w:r>
        <w:rPr>
          <w:sz w:val="17"/>
          <w:lang w:val="de-DE"/>
        </w:rPr>
        <w:t xml:space="preserve">Bitte senden Sie den unterschriebenen Antrag an </w:t>
      </w:r>
      <w:r>
        <w:rPr>
          <w:i/>
          <w:sz w:val="17"/>
          <w:lang w:val="de-DE"/>
        </w:rPr>
        <w:t>Stadtkapelle Memmingen e. V., Friedhofweg 9, 87700 Memmingen</w:t>
      </w:r>
      <w:r>
        <w:rPr>
          <w:sz w:val="17"/>
          <w:lang w:val="de-DE"/>
        </w:rPr>
        <w:t xml:space="preserve"> oder per E-Mail an </w:t>
      </w:r>
      <w:r>
        <w:rPr>
          <w:b/>
          <w:sz w:val="17"/>
          <w:lang w:val="de-DE"/>
        </w:rPr>
        <w:t>schatzmeister@stadtkapelle-memmingen.de</w:t>
      </w:r>
      <w:r>
        <w:rPr>
          <w:sz w:val="17"/>
          <w:lang w:val="de-DE"/>
        </w:rPr>
        <w:t>.</w:t>
      </w:r>
    </w:p>
    <w:sectPr w:rsidR="000E1AE8" w:rsidSect="00034616">
      <w:headerReference w:type="default" r:id="rId8"/>
      <w:footerReference w:type="default" r:id="rId9"/>
      <w:headerReference w:type="first" r:id="rId10"/>
      <w:footerReference w:type="first" r:id="rId11"/>
      <w:pgSz w:w="11906" w:h="16838"/>
      <w:pgMar w:top="2381" w:right="1134" w:bottom="1587" w:left="1134" w:header="0" w:footer="65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EBBD05" w14:textId="77777777" w:rsidR="003F2ED1" w:rsidRDefault="003F2ED1">
      <w:pPr>
        <w:spacing w:after="0"/>
      </w:pPr>
      <w:r>
        <w:separator/>
      </w:r>
    </w:p>
  </w:endnote>
  <w:endnote w:type="continuationSeparator" w:id="0">
    <w:p w14:paraId="0DBA69B4" w14:textId="77777777" w:rsidR="003F2ED1" w:rsidRDefault="003F2E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BE42C1" w14:textId="77777777" w:rsidR="00323A16" w:rsidRDefault="00000000">
    <w:pPr>
      <w:pStyle w:val="Fuzeile"/>
      <w:spacing w:after="168" w:line="168" w:lineRule="exact"/>
      <w:jc w:val="right"/>
    </w:pPr>
    <w:proofErr w:type="spellStart"/>
    <w:r>
      <w:rPr>
        <w:color w:val="4D4D4D"/>
        <w:sz w:val="14"/>
      </w:rPr>
      <w:t>Seite</w:t>
    </w:r>
    <w:proofErr w:type="spellEnd"/>
    <w:r>
      <w:rPr>
        <w:color w:val="4D4D4D"/>
        <w:sz w:val="14"/>
      </w:rPr>
      <w:t xml:space="preserve"> </w:t>
    </w:r>
    <w:r>
      <w:rPr>
        <w:color w:val="4D4D4D"/>
        <w:sz w:val="14"/>
      </w:rPr>
      <w:fldChar w:fldCharType="begin"/>
    </w:r>
    <w:r>
      <w:rPr>
        <w:color w:val="4D4D4D"/>
        <w:sz w:val="14"/>
      </w:rPr>
      <w:instrText xml:space="preserve"> PAGE </w:instrText>
    </w:r>
    <w:r>
      <w:rPr>
        <w:color w:val="4D4D4D"/>
        <w:sz w:val="14"/>
      </w:rPr>
      <w:fldChar w:fldCharType="separate"/>
    </w:r>
    <w:r>
      <w:rPr>
        <w:color w:val="4D4D4D"/>
        <w:sz w:val="14"/>
      </w:rPr>
      <w:t>2</w:t>
    </w:r>
    <w:r>
      <w:rPr>
        <w:color w:val="4D4D4D"/>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44F7B7" w14:textId="77777777" w:rsidR="00323A16" w:rsidRDefault="00000000">
    <w:pPr>
      <w:pStyle w:val="Fuzeile"/>
      <w:spacing w:line="168" w:lineRule="exact"/>
      <w:jc w:val="right"/>
    </w:pPr>
    <w:proofErr w:type="spellStart"/>
    <w:r>
      <w:rPr>
        <w:color w:val="4D4D4D"/>
        <w:sz w:val="14"/>
      </w:rPr>
      <w:t>Vorsitzende</w:t>
    </w:r>
    <w:proofErr w:type="spellEnd"/>
    <w:r>
      <w:rPr>
        <w:color w:val="4D4D4D"/>
        <w:sz w:val="14"/>
      </w:rPr>
      <w:t>: Anna Bruscha, Florian Mohr, Nicolas John</w:t>
    </w:r>
    <w:r>
      <w:rPr>
        <w:color w:val="4D4D4D"/>
        <w:sz w:val="14"/>
      </w:rPr>
      <w:br/>
      <w:t>Sparkasse Memmingen DE04 7315 0000 0430 1142 07 • BIC: BYLADEM1MLM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F282ED" w14:textId="77777777" w:rsidR="003F2ED1" w:rsidRDefault="003F2ED1">
      <w:pPr>
        <w:spacing w:after="0"/>
      </w:pPr>
      <w:r>
        <w:separator/>
      </w:r>
    </w:p>
  </w:footnote>
  <w:footnote w:type="continuationSeparator" w:id="0">
    <w:p w14:paraId="687C9DA6" w14:textId="77777777" w:rsidR="003F2ED1" w:rsidRDefault="003F2ED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4317A0" w14:textId="77777777" w:rsidR="00323A16" w:rsidRDefault="00000000">
    <w:pPr>
      <w:pStyle w:val="Kopfzeile"/>
    </w:pPr>
    <w:r>
      <w:rPr>
        <w:noProof/>
      </w:rPr>
      <w:drawing>
        <wp:anchor distT="0" distB="0" distL="0" distR="0" simplePos="0" relativeHeight="251658240" behindDoc="1" locked="1" layoutInCell="1" allowOverlap="1" wp14:anchorId="12C5EF3A" wp14:editId="4E774F13">
          <wp:simplePos x="0" y="0"/>
          <wp:positionH relativeFrom="page">
            <wp:posOffset>0</wp:posOffset>
          </wp:positionH>
          <wp:positionV relativeFrom="page">
            <wp:posOffset>0</wp:posOffset>
          </wp:positionV>
          <wp:extent cx="7560000" cy="10692000"/>
          <wp:effectExtent l="0" t="0" r="0" b="0"/>
          <wp:wrapNone/>
          <wp:docPr id="1" name="StaKa Briefpapier ab Seite 2" descr="Reduziertes Briefpapier der Stadtkapelle Memmingen für Folgesei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ground-seite2-300dpi.png"/>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069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8407A4" w14:textId="77777777" w:rsidR="00323A16" w:rsidRDefault="00000000">
    <w:pPr>
      <w:pStyle w:val="Kopfzeile"/>
    </w:pPr>
    <w:r>
      <w:rPr>
        <w:noProof/>
      </w:rPr>
      <w:drawing>
        <wp:anchor distT="0" distB="0" distL="0" distR="0" simplePos="0" relativeHeight="251659264" behindDoc="1" locked="1" layoutInCell="1" allowOverlap="1" wp14:anchorId="52215EEC" wp14:editId="325ED24E">
          <wp:simplePos x="0" y="0"/>
          <wp:positionH relativeFrom="page">
            <wp:posOffset>489585</wp:posOffset>
          </wp:positionH>
          <wp:positionV relativeFrom="page">
            <wp:posOffset>0</wp:posOffset>
          </wp:positionV>
          <wp:extent cx="7068820" cy="10691495"/>
          <wp:effectExtent l="0" t="0" r="5080" b="1905"/>
          <wp:wrapNone/>
          <wp:docPr id="1713960582" name="StaKa Briefpapier Se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60582" name="StaKa Briefpapier Seite 1"/>
                  <pic:cNvPicPr/>
                </pic:nvPicPr>
                <pic:blipFill rotWithShape="1">
                  <a:blip r:embed="rId1">
                    <a:extLst>
                      <a:ext uri="{96DAC541-7B7A-43D3-8B79-37D633B846F1}">
                        <asvg:svgBlip xmlns:asvg="http://schemas.microsoft.com/office/drawing/2016/SVG/main" r:embed="rId2"/>
                      </a:ext>
                    </a:extLst>
                  </a:blip>
                  <a:srcRect l="6480" t="14" b="14"/>
                  <a:stretch>
                    <a:fillRect/>
                  </a:stretch>
                </pic:blipFill>
                <pic:spPr bwMode="auto">
                  <a:xfrm>
                    <a:off x="0" y="0"/>
                    <a:ext cx="7068820"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492793701">
    <w:abstractNumId w:val="8"/>
  </w:num>
  <w:num w:numId="2" w16cid:durableId="1105731826">
    <w:abstractNumId w:val="6"/>
  </w:num>
  <w:num w:numId="3" w16cid:durableId="569659933">
    <w:abstractNumId w:val="5"/>
  </w:num>
  <w:num w:numId="4" w16cid:durableId="1410226861">
    <w:abstractNumId w:val="4"/>
  </w:num>
  <w:num w:numId="5" w16cid:durableId="1781949770">
    <w:abstractNumId w:val="7"/>
  </w:num>
  <w:num w:numId="6" w16cid:durableId="1218667468">
    <w:abstractNumId w:val="3"/>
  </w:num>
  <w:num w:numId="7" w16cid:durableId="639920171">
    <w:abstractNumId w:val="2"/>
  </w:num>
  <w:num w:numId="8" w16cid:durableId="1034845497">
    <w:abstractNumId w:val="1"/>
  </w:num>
  <w:num w:numId="9" w16cid:durableId="17894670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9E3"/>
    <w:rsid w:val="0006063C"/>
    <w:rsid w:val="000E1AE8"/>
    <w:rsid w:val="000F4904"/>
    <w:rsid w:val="00147271"/>
    <w:rsid w:val="0015074B"/>
    <w:rsid w:val="00281A12"/>
    <w:rsid w:val="0029639D"/>
    <w:rsid w:val="00323A16"/>
    <w:rsid w:val="00326F90"/>
    <w:rsid w:val="003F2ED1"/>
    <w:rsid w:val="004F41FD"/>
    <w:rsid w:val="0062240F"/>
    <w:rsid w:val="0074045E"/>
    <w:rsid w:val="007813BC"/>
    <w:rsid w:val="00814D74"/>
    <w:rsid w:val="009B48EF"/>
    <w:rsid w:val="00A23C41"/>
    <w:rsid w:val="00AA1D8D"/>
    <w:rsid w:val="00B07648"/>
    <w:rsid w:val="00B47730"/>
    <w:rsid w:val="00CB0664"/>
    <w:rsid w:val="00D65D52"/>
    <w:rsid w:val="00E06122"/>
    <w:rsid w:val="00F53EBD"/>
    <w:rsid w:val="00F630E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C38E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pPr>
      <w:spacing w:after="60" w:line="230" w:lineRule="exact"/>
    </w:pPr>
    <w:rPr>
      <w:rFonts w:ascii="Arial" w:eastAsia="Arial" w:hAnsi="Arial" w:cs="Arial"/>
      <w:color w:val="000000"/>
      <w:sz w:val="19"/>
    </w:rPr>
  </w:style>
  <w:style w:type="paragraph" w:styleId="berschrift1">
    <w:name w:val="heading 1"/>
    <w:basedOn w:val="Standard"/>
    <w:next w:val="Standard"/>
    <w:link w:val="berschrift1Zchn"/>
    <w:uiPriority w:val="9"/>
    <w:qFormat/>
    <w:rsid w:val="00FC693F"/>
    <w:pPr>
      <w:keepNext/>
      <w:keepLines/>
      <w:spacing w:before="80" w:after="24"/>
      <w:outlineLvl w:val="0"/>
    </w:pPr>
    <w:rPr>
      <w:rFonts w:asciiTheme="majorHAnsi" w:eastAsiaTheme="majorEastAsia" w:hAnsiTheme="majorHAnsi" w:cstheme="majorBidi"/>
      <w:b/>
      <w:bCs/>
      <w:sz w:val="21"/>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keepNext/>
      <w:spacing w:after="100"/>
      <w:contextualSpacing/>
    </w:pPr>
    <w:rPr>
      <w:rFonts w:asciiTheme="majorHAnsi" w:eastAsiaTheme="majorEastAsia" w:hAnsiTheme="majorHAnsi" w:cstheme="majorBidi"/>
      <w:b/>
      <w:spacing w:val="5"/>
      <w:kern w:val="28"/>
      <w:sz w:val="30"/>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KaRcksendeangabe">
    <w:name w:val="StaKa Rücksendeangabe"/>
    <w:basedOn w:val="Standard"/>
    <w:qFormat/>
    <w:pPr>
      <w:ind w:right="4819"/>
    </w:pPr>
    <w:rPr>
      <w:sz w:val="14"/>
    </w:rPr>
  </w:style>
  <w:style w:type="paragraph" w:customStyle="1" w:styleId="StaKaAnschrift">
    <w:name w:val="StaKa Anschrift"/>
    <w:basedOn w:val="Standard"/>
    <w:qFormat/>
    <w:pPr>
      <w:spacing w:after="850"/>
      <w:ind w:right="4819"/>
    </w:pPr>
  </w:style>
  <w:style w:type="paragraph" w:customStyle="1" w:styleId="StaKaDatum">
    <w:name w:val="StaKa Datum"/>
    <w:basedOn w:val="Standard"/>
    <w:qFormat/>
    <w:pPr>
      <w:spacing w:after="454"/>
    </w:pPr>
  </w:style>
  <w:style w:type="paragraph" w:customStyle="1" w:styleId="StaKaBetreff">
    <w:name w:val="StaKa Betreff"/>
    <w:basedOn w:val="Standard"/>
    <w:qFormat/>
    <w:pPr>
      <w:keepNext/>
      <w:spacing w:after="360"/>
    </w:pPr>
    <w:rPr>
      <w:b/>
    </w:rPr>
  </w:style>
  <w:style w:type="paragraph" w:customStyle="1" w:styleId="StaKaAnrede">
    <w:name w:val="StaKa Anrede"/>
    <w:basedOn w:val="Standard"/>
    <w:qFormat/>
    <w:pPr>
      <w:keepNext/>
      <w:spacing w:after="240"/>
    </w:pPr>
  </w:style>
  <w:style w:type="paragraph" w:customStyle="1" w:styleId="StaKaBrieftext">
    <w:name w:val="StaKa Brieftext"/>
    <w:basedOn w:val="Standard"/>
    <w:qFormat/>
    <w:pPr>
      <w:spacing w:after="200"/>
    </w:pPr>
  </w:style>
  <w:style w:type="paragraph" w:customStyle="1" w:styleId="StaKaGruformel">
    <w:name w:val="StaKa Grußformel"/>
    <w:basedOn w:val="Standard"/>
    <w:qFormat/>
    <w:pPr>
      <w:keepNext/>
      <w:spacing w:before="40" w:after="680"/>
    </w:pPr>
  </w:style>
  <w:style w:type="paragraph" w:customStyle="1" w:styleId="StaKaUnterschrift">
    <w:name w:val="StaKa Unterschrift"/>
    <w:basedOn w:val="Standard"/>
    <w:qFormat/>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StaKa-MM_Antrag_Foerdermitgliedschaft.dotx</Template>
  <TotalTime>0</TotalTime>
  <Pages>1</Pages>
  <Words>199</Words>
  <Characters>1396</Characters>
  <Application>Microsoft Office Word</Application>
  <DocSecurity>0</DocSecurity>
  <Lines>98</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Antrag auf Fördermitgliedschaft und SEPA Lastschriftmandat</vt:lpstr>
      <vt:lpstr/>
    </vt:vector>
  </TitlesOfParts>
  <Manager/>
  <Company/>
  <LinksUpToDate>false</LinksUpToDate>
  <CharactersWithSpaces>1574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Fördermitgliedschaft und SEPA Lastschriftmandat</dc:title>
  <dc:subject>Fördermitgliedsantrag der Stadtkapelle Memmingen</dc:subject>
  <dc:creator>Stadtkapelle Memmingen e. V.</dc:creator>
  <cp:keywords>Fördermitgliedschaft, SEPA, Lastschriftmandat</cp:keywords>
  <dc:description>Aktualisierte einseitige Word-Fassung im Briefpapierdesign 2026.
Design by ralf baenecke</dc:description>
  <cp:lastModifiedBy>ralf baenecke</cp:lastModifiedBy>
  <cp:revision>2</cp:revision>
  <cp:lastPrinted>2026-09-04T22:15:00Z</cp:lastPrinted>
  <dcterms:created xsi:type="dcterms:W3CDTF">2026-09-05T14:28:00Z</dcterms:created>
  <dcterms:modified xsi:type="dcterms:W3CDTF">2026-09-05T14:28:00Z</dcterms:modified>
  <cp:category/>
</cp:coreProperties>
</file>