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2F72D9" w14:textId="77777777" w:rsidR="001B6E5E" w:rsidRDefault="00000000">
      <w:pPr>
        <w:spacing w:before="567" w:after="80" w:line="190" w:lineRule="exact"/>
      </w:pPr>
      <w:r>
        <w:rPr>
          <w:color w:val="555555"/>
          <w:sz w:val="16"/>
          <w:lang w:val="de-DE"/>
        </w:rPr>
        <w:t>Stadtkapelle Memmingen e. V.  •  Friedhofweg 9  •  87700 Memmingen</w:t>
      </w:r>
    </w:p>
    <w:p w14:paraId="4455D2A3" w14:textId="77777777" w:rsidR="001B6E5E" w:rsidRDefault="00000000">
      <w:pPr>
        <w:pStyle w:val="Titel"/>
      </w:pPr>
      <w:r>
        <w:rPr>
          <w:rFonts w:ascii="Arial" w:eastAsia="Arial" w:hAnsi="Arial" w:cs="Arial"/>
          <w:lang w:val="de-DE"/>
        </w:rPr>
        <w:t>Antrag auf Fördermitgliedschaft und SEPA Lastschriftmandat</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2721"/>
        <w:gridCol w:w="3798"/>
        <w:gridCol w:w="3118"/>
      </w:tblGrid>
      <w:tr w:rsidR="001B6E5E" w14:paraId="5D0A31ED" w14:textId="77777777">
        <w:trPr>
          <w:trHeight w:val="317"/>
        </w:trPr>
        <w:tc>
          <w:tcPr>
            <w:tcW w:w="2721" w:type="dxa"/>
            <w:tcMar>
              <w:top w:w="40" w:type="dxa"/>
              <w:left w:w="45" w:type="dxa"/>
              <w:bottom w:w="40" w:type="dxa"/>
              <w:right w:w="45" w:type="dxa"/>
            </w:tcMar>
            <w:vAlign w:val="center"/>
          </w:tcPr>
          <w:p w14:paraId="2B7E8EF5" w14:textId="77777777" w:rsidR="001B6E5E" w:rsidRDefault="00000000">
            <w:pPr>
              <w:spacing w:after="0" w:line="214" w:lineRule="exact"/>
            </w:pPr>
            <w:r>
              <w:rPr>
                <w:b/>
                <w:sz w:val="17"/>
                <w:lang w:val="de-DE"/>
              </w:rPr>
              <w:t>Gläubiger-Identifikationsnummer</w:t>
            </w:r>
          </w:p>
        </w:tc>
        <w:tc>
          <w:tcPr>
            <w:tcW w:w="6916" w:type="dxa"/>
            <w:gridSpan w:val="2"/>
            <w:tcMar>
              <w:top w:w="40" w:type="dxa"/>
              <w:left w:w="45" w:type="dxa"/>
              <w:bottom w:w="40" w:type="dxa"/>
              <w:right w:w="45" w:type="dxa"/>
            </w:tcMar>
            <w:vAlign w:val="center"/>
          </w:tcPr>
          <w:p w14:paraId="313F1B61" w14:textId="77777777" w:rsidR="001B6E5E" w:rsidRDefault="00000000">
            <w:pPr>
              <w:spacing w:after="0"/>
            </w:pPr>
            <w:r>
              <w:rPr>
                <w:sz w:val="17"/>
                <w:lang w:val="de-DE"/>
              </w:rPr>
              <w:t>DE16ZZZ00000289711</w:t>
            </w:r>
          </w:p>
        </w:tc>
      </w:tr>
      <w:tr w:rsidR="001B6E5E" w14:paraId="4F0E6E28" w14:textId="77777777">
        <w:trPr>
          <w:trHeight w:val="317"/>
        </w:trPr>
        <w:tc>
          <w:tcPr>
            <w:tcW w:w="2721" w:type="dxa"/>
            <w:tcMar>
              <w:top w:w="40" w:type="dxa"/>
              <w:left w:w="45" w:type="dxa"/>
              <w:bottom w:w="40" w:type="dxa"/>
              <w:right w:w="45" w:type="dxa"/>
            </w:tcMar>
            <w:vAlign w:val="center"/>
          </w:tcPr>
          <w:p w14:paraId="6B2A3B32" w14:textId="77777777" w:rsidR="001B6E5E" w:rsidRDefault="00000000">
            <w:pPr>
              <w:spacing w:after="0"/>
            </w:pPr>
            <w:r>
              <w:rPr>
                <w:b/>
                <w:sz w:val="17"/>
                <w:lang w:val="de-DE"/>
              </w:rPr>
              <w:t>Mandatsreferenz</w:t>
            </w:r>
          </w:p>
        </w:tc>
        <w:tc>
          <w:tcPr>
            <w:tcW w:w="3798" w:type="dxa"/>
            <w:tcBorders>
              <w:bottom w:val="single" w:sz="8" w:space="0" w:color="4A4A4A"/>
            </w:tcBorders>
            <w:tcMar>
              <w:top w:w="40" w:type="dxa"/>
              <w:left w:w="45" w:type="dxa"/>
              <w:bottom w:w="40" w:type="dxa"/>
              <w:right w:w="45" w:type="dxa"/>
            </w:tcMar>
            <w:vAlign w:val="center"/>
          </w:tcPr>
          <w:p w14:paraId="4E2DCECC" w14:textId="77777777" w:rsidR="001B6E5E" w:rsidRDefault="001B6E5E">
            <w:pPr>
              <w:spacing w:after="0" w:line="230" w:lineRule="exact"/>
            </w:pPr>
          </w:p>
        </w:tc>
        <w:tc>
          <w:tcPr>
            <w:tcW w:w="3118" w:type="dxa"/>
            <w:tcMar>
              <w:top w:w="40" w:type="dxa"/>
              <w:left w:w="45" w:type="dxa"/>
              <w:bottom w:w="40" w:type="dxa"/>
              <w:right w:w="45" w:type="dxa"/>
            </w:tcMar>
            <w:vAlign w:val="center"/>
          </w:tcPr>
          <w:p w14:paraId="4E6335A9" w14:textId="77777777" w:rsidR="001B6E5E" w:rsidRDefault="00000000">
            <w:pPr>
              <w:spacing w:after="0" w:line="198" w:lineRule="exact"/>
            </w:pPr>
            <w:r>
              <w:rPr>
                <w:color w:val="555555"/>
                <w:sz w:val="15"/>
                <w:lang w:val="de-DE"/>
              </w:rPr>
              <w:t>wird vom Verein vergeben</w:t>
            </w:r>
          </w:p>
        </w:tc>
      </w:tr>
    </w:tbl>
    <w:p w14:paraId="77A4E598" w14:textId="77777777" w:rsidR="001B6E5E" w:rsidRDefault="00000000">
      <w:pPr>
        <w:spacing w:before="60" w:line="208" w:lineRule="exact"/>
      </w:pPr>
      <w:r>
        <w:rPr>
          <w:sz w:val="17"/>
          <w:lang w:val="de-DE"/>
        </w:rPr>
        <w:t>Ich ermächtige die Stadtkapelle Memmingen e. V., Zahlungen von meinem Konto mittels Lastschrift einzuziehen. Zugleich weise ich mein Kreditinstitut an, die von der Stadtkapelle Memmingen e. V. auf mein Konto gezogenen Lastschriften einzulösen.</w:t>
      </w:r>
    </w:p>
    <w:p w14:paraId="0C08FC19" w14:textId="77777777" w:rsidR="001B6E5E" w:rsidRDefault="00000000">
      <w:pPr>
        <w:spacing w:after="20" w:line="196" w:lineRule="exact"/>
      </w:pPr>
      <w:r>
        <w:rPr>
          <w:i/>
          <w:sz w:val="16"/>
          <w:lang w:val="de-DE"/>
        </w:rPr>
        <w:t>Hinweis: Ich kann innerhalb von acht Wochen, beginnend mit dem Belastungsdatum, die Erstattung des belasteten Betrags verlangen. Es gelten dabei die mit meinem Kreditinstitut vereinbarten Bedingungen.</w:t>
      </w:r>
    </w:p>
    <w:p w14:paraId="4FBBF292" w14:textId="77777777" w:rsidR="001B6E5E" w:rsidRDefault="00000000">
      <w:pPr>
        <w:pStyle w:val="berschrift1"/>
        <w:spacing w:before="70"/>
      </w:pPr>
      <w:r>
        <w:rPr>
          <w:rFonts w:ascii="Arial" w:eastAsia="Arial" w:hAnsi="Arial" w:cs="Arial"/>
          <w:lang w:val="de-DE"/>
        </w:rPr>
        <w:t>Persönliche Angaben</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1587"/>
        <w:gridCol w:w="3061"/>
        <w:gridCol w:w="1587"/>
        <w:gridCol w:w="3402"/>
      </w:tblGrid>
      <w:tr w:rsidR="001B6E5E" w14:paraId="3FE63C40" w14:textId="77777777">
        <w:trPr>
          <w:trHeight w:val="312"/>
        </w:trPr>
        <w:tc>
          <w:tcPr>
            <w:tcW w:w="1587" w:type="dxa"/>
            <w:tcMar>
              <w:top w:w="40" w:type="dxa"/>
              <w:left w:w="45" w:type="dxa"/>
              <w:bottom w:w="40" w:type="dxa"/>
              <w:right w:w="45" w:type="dxa"/>
            </w:tcMar>
            <w:vAlign w:val="center"/>
          </w:tcPr>
          <w:p w14:paraId="78559A4F" w14:textId="77777777" w:rsidR="001B6E5E" w:rsidRDefault="00000000">
            <w:pPr>
              <w:spacing w:after="0"/>
            </w:pPr>
            <w:r>
              <w:rPr>
                <w:sz w:val="17"/>
                <w:lang w:val="de-DE"/>
              </w:rPr>
              <w:t>Name</w:t>
            </w:r>
          </w:p>
        </w:tc>
        <w:tc>
          <w:tcPr>
            <w:tcW w:w="3061" w:type="dxa"/>
            <w:tcBorders>
              <w:bottom w:val="single" w:sz="8" w:space="0" w:color="4A4A4A"/>
            </w:tcBorders>
            <w:tcMar>
              <w:top w:w="40" w:type="dxa"/>
              <w:left w:w="45" w:type="dxa"/>
              <w:bottom w:w="40" w:type="dxa"/>
              <w:right w:w="45" w:type="dxa"/>
            </w:tcMar>
            <w:vAlign w:val="center"/>
          </w:tcPr>
          <w:p w14:paraId="070DCFA6" w14:textId="77777777" w:rsidR="001B6E5E" w:rsidRDefault="001B6E5E">
            <w:pPr>
              <w:spacing w:after="0" w:line="230" w:lineRule="exact"/>
            </w:pPr>
          </w:p>
        </w:tc>
        <w:tc>
          <w:tcPr>
            <w:tcW w:w="1587" w:type="dxa"/>
            <w:tcMar>
              <w:top w:w="40" w:type="dxa"/>
              <w:left w:w="45" w:type="dxa"/>
              <w:bottom w:w="40" w:type="dxa"/>
              <w:right w:w="45" w:type="dxa"/>
            </w:tcMar>
            <w:vAlign w:val="center"/>
          </w:tcPr>
          <w:p w14:paraId="37E3CC07" w14:textId="77777777" w:rsidR="001B6E5E" w:rsidRDefault="00000000">
            <w:pPr>
              <w:spacing w:after="0"/>
            </w:pPr>
            <w:r>
              <w:rPr>
                <w:sz w:val="17"/>
                <w:lang w:val="de-DE"/>
              </w:rPr>
              <w:t>Vorname</w:t>
            </w:r>
          </w:p>
        </w:tc>
        <w:tc>
          <w:tcPr>
            <w:tcW w:w="3402" w:type="dxa"/>
            <w:tcBorders>
              <w:bottom w:val="single" w:sz="8" w:space="0" w:color="4A4A4A"/>
            </w:tcBorders>
            <w:tcMar>
              <w:top w:w="40" w:type="dxa"/>
              <w:left w:w="45" w:type="dxa"/>
              <w:bottom w:w="40" w:type="dxa"/>
              <w:right w:w="45" w:type="dxa"/>
            </w:tcMar>
            <w:vAlign w:val="center"/>
          </w:tcPr>
          <w:p w14:paraId="3916EF47" w14:textId="77777777" w:rsidR="001B6E5E" w:rsidRDefault="001B6E5E">
            <w:pPr>
              <w:spacing w:after="0" w:line="230" w:lineRule="exact"/>
            </w:pPr>
          </w:p>
        </w:tc>
      </w:tr>
      <w:tr w:rsidR="001B6E5E" w14:paraId="111C27B1" w14:textId="77777777">
        <w:trPr>
          <w:trHeight w:val="312"/>
        </w:trPr>
        <w:tc>
          <w:tcPr>
            <w:tcW w:w="1587" w:type="dxa"/>
            <w:tcMar>
              <w:top w:w="40" w:type="dxa"/>
              <w:left w:w="45" w:type="dxa"/>
              <w:bottom w:w="40" w:type="dxa"/>
              <w:right w:w="45" w:type="dxa"/>
            </w:tcMar>
            <w:vAlign w:val="center"/>
          </w:tcPr>
          <w:p w14:paraId="7EA24BB2" w14:textId="77777777" w:rsidR="001B6E5E" w:rsidRDefault="00000000">
            <w:pPr>
              <w:spacing w:after="0"/>
            </w:pPr>
            <w:r>
              <w:rPr>
                <w:sz w:val="17"/>
                <w:lang w:val="de-DE"/>
              </w:rPr>
              <w:t>Geburtsdatum</w:t>
            </w:r>
          </w:p>
        </w:tc>
        <w:tc>
          <w:tcPr>
            <w:tcW w:w="8050" w:type="dxa"/>
            <w:gridSpan w:val="3"/>
            <w:tcBorders>
              <w:bottom w:val="single" w:sz="8" w:space="0" w:color="4A4A4A"/>
            </w:tcBorders>
            <w:tcMar>
              <w:top w:w="40" w:type="dxa"/>
              <w:left w:w="45" w:type="dxa"/>
              <w:bottom w:w="40" w:type="dxa"/>
              <w:right w:w="45" w:type="dxa"/>
            </w:tcMar>
            <w:vAlign w:val="center"/>
          </w:tcPr>
          <w:p w14:paraId="333EF3CF" w14:textId="77777777" w:rsidR="001B6E5E" w:rsidRDefault="001B6E5E">
            <w:pPr>
              <w:spacing w:after="0" w:line="230" w:lineRule="exact"/>
            </w:pPr>
          </w:p>
        </w:tc>
      </w:tr>
      <w:tr w:rsidR="001B6E5E" w14:paraId="33AFF359" w14:textId="77777777">
        <w:trPr>
          <w:trHeight w:val="312"/>
        </w:trPr>
        <w:tc>
          <w:tcPr>
            <w:tcW w:w="4648" w:type="dxa"/>
            <w:gridSpan w:val="2"/>
            <w:tcMar>
              <w:top w:w="40" w:type="dxa"/>
              <w:left w:w="45" w:type="dxa"/>
              <w:bottom w:w="40" w:type="dxa"/>
              <w:right w:w="45" w:type="dxa"/>
            </w:tcMar>
            <w:vAlign w:val="center"/>
          </w:tcPr>
          <w:p w14:paraId="002B5C77" w14:textId="77777777" w:rsidR="001B6E5E" w:rsidRDefault="00000000">
            <w:pPr>
              <w:spacing w:after="0" w:line="214" w:lineRule="exact"/>
            </w:pPr>
            <w:r>
              <w:rPr>
                <w:lang w:val="de-DE"/>
              </w:rPr>
              <w:t xml:space="preserve">☐  </w:t>
            </w:r>
            <w:r>
              <w:rPr>
                <w:sz w:val="17"/>
                <w:lang w:val="de-DE"/>
              </w:rPr>
              <w:t xml:space="preserve">Stadtkapelle     </w:t>
            </w:r>
            <w:r>
              <w:rPr>
                <w:lang w:val="de-DE"/>
              </w:rPr>
              <w:t xml:space="preserve">☐  </w:t>
            </w:r>
            <w:r>
              <w:rPr>
                <w:sz w:val="17"/>
                <w:lang w:val="de-DE"/>
              </w:rPr>
              <w:t>Jugendkapelle</w:t>
            </w:r>
          </w:p>
        </w:tc>
        <w:tc>
          <w:tcPr>
            <w:tcW w:w="1587" w:type="dxa"/>
            <w:tcMar>
              <w:top w:w="40" w:type="dxa"/>
              <w:left w:w="45" w:type="dxa"/>
              <w:bottom w:w="40" w:type="dxa"/>
              <w:right w:w="45" w:type="dxa"/>
            </w:tcMar>
            <w:vAlign w:val="center"/>
          </w:tcPr>
          <w:p w14:paraId="1A86E653" w14:textId="77777777" w:rsidR="001B6E5E" w:rsidRDefault="00000000">
            <w:pPr>
              <w:spacing w:after="0"/>
            </w:pPr>
            <w:r>
              <w:rPr>
                <w:sz w:val="17"/>
                <w:lang w:val="de-DE"/>
              </w:rPr>
              <w:t>Instrument</w:t>
            </w:r>
          </w:p>
        </w:tc>
        <w:tc>
          <w:tcPr>
            <w:tcW w:w="3402" w:type="dxa"/>
            <w:tcBorders>
              <w:bottom w:val="single" w:sz="8" w:space="0" w:color="4A4A4A"/>
            </w:tcBorders>
            <w:tcMar>
              <w:top w:w="40" w:type="dxa"/>
              <w:left w:w="45" w:type="dxa"/>
              <w:bottom w:w="40" w:type="dxa"/>
              <w:right w:w="45" w:type="dxa"/>
            </w:tcMar>
            <w:vAlign w:val="center"/>
          </w:tcPr>
          <w:p w14:paraId="443EAE42" w14:textId="77777777" w:rsidR="001B6E5E" w:rsidRDefault="001B6E5E">
            <w:pPr>
              <w:spacing w:after="0" w:line="230" w:lineRule="exact"/>
            </w:pPr>
          </w:p>
        </w:tc>
      </w:tr>
      <w:tr w:rsidR="001B6E5E" w14:paraId="774FEBE3" w14:textId="77777777">
        <w:trPr>
          <w:trHeight w:val="312"/>
        </w:trPr>
        <w:tc>
          <w:tcPr>
            <w:tcW w:w="1587" w:type="dxa"/>
            <w:tcMar>
              <w:top w:w="40" w:type="dxa"/>
              <w:left w:w="45" w:type="dxa"/>
              <w:bottom w:w="40" w:type="dxa"/>
              <w:right w:w="45" w:type="dxa"/>
            </w:tcMar>
            <w:vAlign w:val="center"/>
          </w:tcPr>
          <w:p w14:paraId="0017736E" w14:textId="77777777" w:rsidR="001B6E5E" w:rsidRDefault="00000000">
            <w:pPr>
              <w:spacing w:after="0"/>
            </w:pPr>
            <w:r>
              <w:rPr>
                <w:sz w:val="17"/>
                <w:lang w:val="de-DE"/>
              </w:rPr>
              <w:t>Straße</w:t>
            </w:r>
          </w:p>
        </w:tc>
        <w:tc>
          <w:tcPr>
            <w:tcW w:w="8050" w:type="dxa"/>
            <w:gridSpan w:val="3"/>
            <w:tcBorders>
              <w:bottom w:val="single" w:sz="8" w:space="0" w:color="4A4A4A"/>
            </w:tcBorders>
            <w:tcMar>
              <w:top w:w="40" w:type="dxa"/>
              <w:left w:w="45" w:type="dxa"/>
              <w:bottom w:w="40" w:type="dxa"/>
              <w:right w:w="45" w:type="dxa"/>
            </w:tcMar>
            <w:vAlign w:val="center"/>
          </w:tcPr>
          <w:p w14:paraId="1EB3EB20" w14:textId="77777777" w:rsidR="001B6E5E" w:rsidRDefault="001B6E5E">
            <w:pPr>
              <w:spacing w:after="0" w:line="230" w:lineRule="exact"/>
            </w:pPr>
          </w:p>
        </w:tc>
      </w:tr>
      <w:tr w:rsidR="001B6E5E" w14:paraId="1C97CF85" w14:textId="77777777">
        <w:trPr>
          <w:trHeight w:val="312"/>
        </w:trPr>
        <w:tc>
          <w:tcPr>
            <w:tcW w:w="1587" w:type="dxa"/>
            <w:tcMar>
              <w:top w:w="40" w:type="dxa"/>
              <w:left w:w="45" w:type="dxa"/>
              <w:bottom w:w="40" w:type="dxa"/>
              <w:right w:w="45" w:type="dxa"/>
            </w:tcMar>
            <w:vAlign w:val="center"/>
          </w:tcPr>
          <w:p w14:paraId="501952F5" w14:textId="77777777" w:rsidR="001B6E5E" w:rsidRDefault="00000000">
            <w:pPr>
              <w:spacing w:after="0"/>
            </w:pPr>
            <w:r>
              <w:rPr>
                <w:sz w:val="17"/>
                <w:lang w:val="de-DE"/>
              </w:rPr>
              <w:t>PLZ und Ort</w:t>
            </w:r>
          </w:p>
        </w:tc>
        <w:tc>
          <w:tcPr>
            <w:tcW w:w="8050" w:type="dxa"/>
            <w:gridSpan w:val="3"/>
            <w:tcBorders>
              <w:bottom w:val="single" w:sz="8" w:space="0" w:color="4A4A4A"/>
            </w:tcBorders>
            <w:tcMar>
              <w:top w:w="40" w:type="dxa"/>
              <w:left w:w="45" w:type="dxa"/>
              <w:bottom w:w="40" w:type="dxa"/>
              <w:right w:w="45" w:type="dxa"/>
            </w:tcMar>
            <w:vAlign w:val="center"/>
          </w:tcPr>
          <w:p w14:paraId="769065A1" w14:textId="77777777" w:rsidR="001B6E5E" w:rsidRDefault="001B6E5E">
            <w:pPr>
              <w:spacing w:after="0" w:line="230" w:lineRule="exact"/>
            </w:pPr>
          </w:p>
        </w:tc>
      </w:tr>
      <w:tr w:rsidR="001B6E5E" w14:paraId="4234862D" w14:textId="77777777">
        <w:trPr>
          <w:trHeight w:val="312"/>
        </w:trPr>
        <w:tc>
          <w:tcPr>
            <w:tcW w:w="1587" w:type="dxa"/>
            <w:tcMar>
              <w:top w:w="40" w:type="dxa"/>
              <w:left w:w="45" w:type="dxa"/>
              <w:bottom w:w="40" w:type="dxa"/>
              <w:right w:w="45" w:type="dxa"/>
            </w:tcMar>
            <w:vAlign w:val="center"/>
          </w:tcPr>
          <w:p w14:paraId="0700E8BA" w14:textId="77777777" w:rsidR="001B6E5E" w:rsidRDefault="00000000">
            <w:pPr>
              <w:spacing w:after="0" w:line="210" w:lineRule="exact"/>
            </w:pPr>
            <w:r>
              <w:rPr>
                <w:sz w:val="17"/>
                <w:lang w:val="de-DE"/>
              </w:rPr>
              <w:t>Telefon oder Mobil</w:t>
            </w:r>
          </w:p>
        </w:tc>
        <w:tc>
          <w:tcPr>
            <w:tcW w:w="8050" w:type="dxa"/>
            <w:gridSpan w:val="3"/>
            <w:tcBorders>
              <w:bottom w:val="single" w:sz="8" w:space="0" w:color="4A4A4A"/>
            </w:tcBorders>
            <w:tcMar>
              <w:top w:w="40" w:type="dxa"/>
              <w:left w:w="45" w:type="dxa"/>
              <w:bottom w:w="40" w:type="dxa"/>
              <w:right w:w="45" w:type="dxa"/>
            </w:tcMar>
            <w:vAlign w:val="center"/>
          </w:tcPr>
          <w:p w14:paraId="48ECDF04" w14:textId="77777777" w:rsidR="001B6E5E" w:rsidRDefault="001B6E5E">
            <w:pPr>
              <w:spacing w:after="0" w:line="230" w:lineRule="exact"/>
            </w:pPr>
          </w:p>
        </w:tc>
      </w:tr>
      <w:tr w:rsidR="001B6E5E" w14:paraId="5CA18E20" w14:textId="77777777">
        <w:trPr>
          <w:trHeight w:val="312"/>
        </w:trPr>
        <w:tc>
          <w:tcPr>
            <w:tcW w:w="1587" w:type="dxa"/>
            <w:tcMar>
              <w:top w:w="40" w:type="dxa"/>
              <w:left w:w="45" w:type="dxa"/>
              <w:bottom w:w="40" w:type="dxa"/>
              <w:right w:w="45" w:type="dxa"/>
            </w:tcMar>
            <w:vAlign w:val="center"/>
          </w:tcPr>
          <w:p w14:paraId="740C517F" w14:textId="77777777" w:rsidR="001B6E5E" w:rsidRDefault="00000000">
            <w:pPr>
              <w:spacing w:after="0"/>
            </w:pPr>
            <w:r>
              <w:rPr>
                <w:sz w:val="17"/>
                <w:lang w:val="de-DE"/>
              </w:rPr>
              <w:t>E-Mail</w:t>
            </w:r>
          </w:p>
        </w:tc>
        <w:tc>
          <w:tcPr>
            <w:tcW w:w="8050" w:type="dxa"/>
            <w:gridSpan w:val="3"/>
            <w:tcBorders>
              <w:bottom w:val="single" w:sz="8" w:space="0" w:color="4A4A4A"/>
            </w:tcBorders>
            <w:tcMar>
              <w:top w:w="40" w:type="dxa"/>
              <w:left w:w="45" w:type="dxa"/>
              <w:bottom w:w="40" w:type="dxa"/>
              <w:right w:w="45" w:type="dxa"/>
            </w:tcMar>
            <w:vAlign w:val="center"/>
          </w:tcPr>
          <w:p w14:paraId="179F7D95" w14:textId="77777777" w:rsidR="001B6E5E" w:rsidRDefault="001B6E5E">
            <w:pPr>
              <w:spacing w:after="0" w:line="230" w:lineRule="exact"/>
            </w:pPr>
          </w:p>
        </w:tc>
      </w:tr>
    </w:tbl>
    <w:p w14:paraId="3CD64907" w14:textId="77777777" w:rsidR="001B6E5E" w:rsidRDefault="00000000">
      <w:pPr>
        <w:pStyle w:val="berschrift1"/>
        <w:spacing w:before="90" w:after="20"/>
      </w:pPr>
      <w:r>
        <w:rPr>
          <w:rFonts w:ascii="Arial" w:eastAsia="Arial" w:hAnsi="Arial" w:cs="Arial"/>
          <w:lang w:val="de-DE"/>
        </w:rPr>
        <w:t>Mitgliedsbeitrag</w:t>
      </w:r>
    </w:p>
    <w:p w14:paraId="03BC5E80" w14:textId="77777777" w:rsidR="001B6E5E" w:rsidRDefault="00000000">
      <w:pPr>
        <w:spacing w:after="10" w:line="204" w:lineRule="exact"/>
      </w:pPr>
      <w:r>
        <w:rPr>
          <w:sz w:val="17"/>
          <w:lang w:val="de-DE"/>
        </w:rPr>
        <w:t>Hiermit erkläre ich mich einverstanden, dass der jährliche Mitgliedsbeitrag gemäß der folgenden Auswahl eingezogen wird.</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567"/>
        <w:gridCol w:w="5669"/>
        <w:gridCol w:w="3402"/>
      </w:tblGrid>
      <w:tr w:rsidR="001B6E5E" w14:paraId="558E941C" w14:textId="77777777">
        <w:trPr>
          <w:trHeight w:val="272"/>
        </w:trPr>
        <w:tc>
          <w:tcPr>
            <w:tcW w:w="567" w:type="dxa"/>
            <w:tcMar>
              <w:top w:w="10" w:type="dxa"/>
              <w:left w:w="0" w:type="dxa"/>
              <w:bottom w:w="10" w:type="dxa"/>
              <w:right w:w="0" w:type="dxa"/>
            </w:tcMar>
            <w:vAlign w:val="center"/>
          </w:tcPr>
          <w:p w14:paraId="6C81F684" w14:textId="77777777" w:rsidR="001B6E5E" w:rsidRDefault="00000000">
            <w:pPr>
              <w:spacing w:after="0" w:line="232" w:lineRule="exact"/>
              <w:jc w:val="center"/>
            </w:pPr>
            <w:r>
              <w:rPr>
                <w:sz w:val="19"/>
                <w:lang w:val="de-DE"/>
              </w:rPr>
              <w:t>☐</w:t>
            </w:r>
          </w:p>
        </w:tc>
        <w:tc>
          <w:tcPr>
            <w:tcW w:w="5669" w:type="dxa"/>
            <w:tcMar>
              <w:top w:w="40" w:type="dxa"/>
              <w:left w:w="45" w:type="dxa"/>
              <w:bottom w:w="40" w:type="dxa"/>
              <w:right w:w="45" w:type="dxa"/>
            </w:tcMar>
            <w:vAlign w:val="center"/>
          </w:tcPr>
          <w:p w14:paraId="50DB11A0" w14:textId="77777777" w:rsidR="001B6E5E" w:rsidRDefault="00000000">
            <w:pPr>
              <w:spacing w:after="0" w:line="214" w:lineRule="exact"/>
            </w:pPr>
            <w:r>
              <w:rPr>
                <w:sz w:val="17"/>
                <w:lang w:val="de-DE"/>
              </w:rPr>
              <w:t>Familie</w:t>
            </w:r>
          </w:p>
        </w:tc>
        <w:tc>
          <w:tcPr>
            <w:tcW w:w="3402" w:type="dxa"/>
            <w:tcMar>
              <w:top w:w="40" w:type="dxa"/>
              <w:left w:w="45" w:type="dxa"/>
              <w:bottom w:w="40" w:type="dxa"/>
              <w:right w:w="45" w:type="dxa"/>
            </w:tcMar>
            <w:vAlign w:val="center"/>
          </w:tcPr>
          <w:p w14:paraId="7F4001B6" w14:textId="77777777" w:rsidR="001B6E5E" w:rsidRDefault="00000000">
            <w:pPr>
              <w:spacing w:after="0" w:line="214" w:lineRule="exact"/>
            </w:pPr>
            <w:r>
              <w:rPr>
                <w:sz w:val="17"/>
                <w:lang w:val="de-DE"/>
              </w:rPr>
              <w:t>75,00 €</w:t>
            </w:r>
          </w:p>
        </w:tc>
      </w:tr>
      <w:tr w:rsidR="001B6E5E" w14:paraId="5F32DABC" w14:textId="77777777">
        <w:trPr>
          <w:trHeight w:val="272"/>
        </w:trPr>
        <w:tc>
          <w:tcPr>
            <w:tcW w:w="567" w:type="dxa"/>
            <w:tcMar>
              <w:top w:w="10" w:type="dxa"/>
              <w:left w:w="0" w:type="dxa"/>
              <w:bottom w:w="10" w:type="dxa"/>
              <w:right w:w="0" w:type="dxa"/>
            </w:tcMar>
            <w:vAlign w:val="center"/>
          </w:tcPr>
          <w:p w14:paraId="59D4CCB6" w14:textId="77777777" w:rsidR="001B6E5E" w:rsidRDefault="00000000">
            <w:pPr>
              <w:spacing w:after="0" w:line="232" w:lineRule="exact"/>
              <w:jc w:val="center"/>
            </w:pPr>
            <w:r>
              <w:rPr>
                <w:sz w:val="19"/>
                <w:lang w:val="de-DE"/>
              </w:rPr>
              <w:t>☐</w:t>
            </w:r>
          </w:p>
        </w:tc>
        <w:tc>
          <w:tcPr>
            <w:tcW w:w="5669" w:type="dxa"/>
            <w:tcMar>
              <w:top w:w="40" w:type="dxa"/>
              <w:left w:w="45" w:type="dxa"/>
              <w:bottom w:w="40" w:type="dxa"/>
              <w:right w:w="45" w:type="dxa"/>
            </w:tcMar>
            <w:vAlign w:val="center"/>
          </w:tcPr>
          <w:p w14:paraId="53BE5A73" w14:textId="77777777" w:rsidR="001B6E5E" w:rsidRDefault="00000000">
            <w:pPr>
              <w:spacing w:after="0" w:line="214" w:lineRule="exact"/>
            </w:pPr>
            <w:r>
              <w:rPr>
                <w:sz w:val="17"/>
                <w:lang w:val="de-DE"/>
              </w:rPr>
              <w:t>Berufstätige</w:t>
            </w:r>
          </w:p>
        </w:tc>
        <w:tc>
          <w:tcPr>
            <w:tcW w:w="3402" w:type="dxa"/>
            <w:tcMar>
              <w:top w:w="40" w:type="dxa"/>
              <w:left w:w="45" w:type="dxa"/>
              <w:bottom w:w="40" w:type="dxa"/>
              <w:right w:w="45" w:type="dxa"/>
            </w:tcMar>
            <w:vAlign w:val="center"/>
          </w:tcPr>
          <w:p w14:paraId="48A0E30A" w14:textId="77777777" w:rsidR="001B6E5E" w:rsidRDefault="00000000">
            <w:pPr>
              <w:spacing w:after="0" w:line="214" w:lineRule="exact"/>
            </w:pPr>
            <w:r>
              <w:rPr>
                <w:sz w:val="17"/>
                <w:lang w:val="de-DE"/>
              </w:rPr>
              <w:t>50,00 €</w:t>
            </w:r>
          </w:p>
        </w:tc>
      </w:tr>
      <w:tr w:rsidR="001B6E5E" w14:paraId="7A647208" w14:textId="77777777">
        <w:trPr>
          <w:trHeight w:val="272"/>
        </w:trPr>
        <w:tc>
          <w:tcPr>
            <w:tcW w:w="567" w:type="dxa"/>
            <w:tcMar>
              <w:top w:w="10" w:type="dxa"/>
              <w:left w:w="0" w:type="dxa"/>
              <w:bottom w:w="10" w:type="dxa"/>
              <w:right w:w="0" w:type="dxa"/>
            </w:tcMar>
            <w:vAlign w:val="center"/>
          </w:tcPr>
          <w:p w14:paraId="3CFE51E9" w14:textId="77777777" w:rsidR="001B6E5E" w:rsidRDefault="00000000">
            <w:pPr>
              <w:spacing w:after="0" w:line="232" w:lineRule="exact"/>
              <w:jc w:val="center"/>
            </w:pPr>
            <w:r>
              <w:rPr>
                <w:sz w:val="19"/>
                <w:lang w:val="de-DE"/>
              </w:rPr>
              <w:t>☐</w:t>
            </w:r>
          </w:p>
        </w:tc>
        <w:tc>
          <w:tcPr>
            <w:tcW w:w="5669" w:type="dxa"/>
            <w:tcMar>
              <w:top w:w="40" w:type="dxa"/>
              <w:left w:w="45" w:type="dxa"/>
              <w:bottom w:w="40" w:type="dxa"/>
              <w:right w:w="45" w:type="dxa"/>
            </w:tcMar>
            <w:vAlign w:val="center"/>
          </w:tcPr>
          <w:p w14:paraId="03993BE7" w14:textId="77777777" w:rsidR="001B6E5E" w:rsidRDefault="00000000">
            <w:pPr>
              <w:spacing w:after="0" w:line="214" w:lineRule="exact"/>
            </w:pPr>
            <w:r>
              <w:rPr>
                <w:sz w:val="17"/>
                <w:lang w:val="de-DE"/>
              </w:rPr>
              <w:t>Schüler/Student/Azubi*</w:t>
            </w:r>
          </w:p>
        </w:tc>
        <w:tc>
          <w:tcPr>
            <w:tcW w:w="3402" w:type="dxa"/>
            <w:tcMar>
              <w:top w:w="40" w:type="dxa"/>
              <w:left w:w="45" w:type="dxa"/>
              <w:bottom w:w="40" w:type="dxa"/>
              <w:right w:w="45" w:type="dxa"/>
            </w:tcMar>
            <w:vAlign w:val="center"/>
          </w:tcPr>
          <w:p w14:paraId="289BC1BF" w14:textId="77777777" w:rsidR="001B6E5E" w:rsidRDefault="00000000">
            <w:pPr>
              <w:spacing w:after="0" w:line="214" w:lineRule="exact"/>
            </w:pPr>
            <w:r>
              <w:rPr>
                <w:sz w:val="17"/>
                <w:lang w:val="de-DE"/>
              </w:rPr>
              <w:t>25,00 €</w:t>
            </w:r>
          </w:p>
        </w:tc>
      </w:tr>
    </w:tbl>
    <w:p w14:paraId="7A779F34" w14:textId="77777777" w:rsidR="001B6E5E" w:rsidRDefault="00000000">
      <w:pPr>
        <w:pStyle w:val="berschrift1"/>
        <w:spacing w:before="90"/>
      </w:pPr>
      <w:r>
        <w:rPr>
          <w:rFonts w:ascii="Arial" w:eastAsia="Arial" w:hAnsi="Arial" w:cs="Arial"/>
          <w:lang w:val="de-DE"/>
        </w:rPr>
        <w:t>Kontoverbindung</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2948"/>
        <w:gridCol w:w="6690"/>
      </w:tblGrid>
      <w:tr w:rsidR="001B6E5E" w14:paraId="45F73C96" w14:textId="77777777">
        <w:trPr>
          <w:trHeight w:val="329"/>
        </w:trPr>
        <w:tc>
          <w:tcPr>
            <w:tcW w:w="2948" w:type="dxa"/>
            <w:tcMar>
              <w:top w:w="40" w:type="dxa"/>
              <w:left w:w="45" w:type="dxa"/>
              <w:bottom w:w="40" w:type="dxa"/>
              <w:right w:w="45" w:type="dxa"/>
            </w:tcMar>
            <w:vAlign w:val="center"/>
          </w:tcPr>
          <w:p w14:paraId="5A23894C" w14:textId="77777777" w:rsidR="001B6E5E" w:rsidRDefault="00000000">
            <w:pPr>
              <w:spacing w:after="0" w:line="198" w:lineRule="exact"/>
            </w:pPr>
            <w:r>
              <w:rPr>
                <w:sz w:val="15"/>
                <w:lang w:val="de-DE"/>
              </w:rPr>
              <w:t>Vor- und Nachname der Kontoinhaberin oder des Kontoinhabers</w:t>
            </w:r>
          </w:p>
        </w:tc>
        <w:tc>
          <w:tcPr>
            <w:tcW w:w="6690" w:type="dxa"/>
            <w:tcBorders>
              <w:bottom w:val="single" w:sz="8" w:space="0" w:color="4A4A4A"/>
            </w:tcBorders>
            <w:tcMar>
              <w:top w:w="40" w:type="dxa"/>
              <w:left w:w="45" w:type="dxa"/>
              <w:bottom w:w="40" w:type="dxa"/>
              <w:right w:w="45" w:type="dxa"/>
            </w:tcMar>
            <w:vAlign w:val="center"/>
          </w:tcPr>
          <w:p w14:paraId="205708BF" w14:textId="77777777" w:rsidR="001B6E5E" w:rsidRDefault="001B6E5E">
            <w:pPr>
              <w:spacing w:after="0" w:line="230" w:lineRule="exact"/>
            </w:pPr>
          </w:p>
        </w:tc>
      </w:tr>
      <w:tr w:rsidR="001B6E5E" w14:paraId="06003E96" w14:textId="77777777">
        <w:trPr>
          <w:trHeight w:val="329"/>
        </w:trPr>
        <w:tc>
          <w:tcPr>
            <w:tcW w:w="2948" w:type="dxa"/>
            <w:tcMar>
              <w:top w:w="40" w:type="dxa"/>
              <w:left w:w="45" w:type="dxa"/>
              <w:bottom w:w="40" w:type="dxa"/>
              <w:right w:w="45" w:type="dxa"/>
            </w:tcMar>
            <w:vAlign w:val="center"/>
          </w:tcPr>
          <w:p w14:paraId="38DC1EFC" w14:textId="77777777" w:rsidR="001B6E5E" w:rsidRDefault="00000000">
            <w:pPr>
              <w:spacing w:after="0" w:line="214" w:lineRule="exact"/>
            </w:pPr>
            <w:r>
              <w:rPr>
                <w:sz w:val="17"/>
                <w:lang w:val="de-DE"/>
              </w:rPr>
              <w:t>Kreditinstitut</w:t>
            </w:r>
          </w:p>
        </w:tc>
        <w:tc>
          <w:tcPr>
            <w:tcW w:w="6690" w:type="dxa"/>
            <w:tcBorders>
              <w:bottom w:val="single" w:sz="8" w:space="0" w:color="4A4A4A"/>
            </w:tcBorders>
            <w:tcMar>
              <w:top w:w="40" w:type="dxa"/>
              <w:left w:w="45" w:type="dxa"/>
              <w:bottom w:w="40" w:type="dxa"/>
              <w:right w:w="45" w:type="dxa"/>
            </w:tcMar>
            <w:vAlign w:val="center"/>
          </w:tcPr>
          <w:p w14:paraId="6F9D70E0" w14:textId="77777777" w:rsidR="001B6E5E" w:rsidRDefault="001B6E5E">
            <w:pPr>
              <w:spacing w:after="0" w:line="230" w:lineRule="exact"/>
            </w:pPr>
          </w:p>
        </w:tc>
      </w:tr>
    </w:tbl>
    <w:p w14:paraId="526DA1AF" w14:textId="77777777" w:rsidR="001B6E5E" w:rsidRDefault="00000000">
      <w:pPr>
        <w:spacing w:before="30" w:after="16"/>
      </w:pPr>
      <w:r>
        <w:rPr>
          <w:b/>
          <w:sz w:val="16"/>
          <w:lang w:val="de-DE"/>
        </w:rPr>
        <w:t>IBAN  22 Stellen</w:t>
      </w:r>
    </w:p>
    <w:tbl>
      <w:tblPr>
        <w:tblW w:w="0" w:type="auto"/>
        <w:tblLayout w:type="fixed"/>
        <w:tblLook w:val="04A0" w:firstRow="1" w:lastRow="0" w:firstColumn="1" w:lastColumn="0" w:noHBand="0" w:noVBand="1"/>
      </w:tblPr>
      <w:tblGrid>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tblGrid>
      <w:tr w:rsidR="001B6E5E" w14:paraId="3082C974" w14:textId="77777777">
        <w:trPr>
          <w:trHeight w:val="369"/>
        </w:trPr>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52E0A252" w14:textId="77777777" w:rsidR="001B6E5E" w:rsidRDefault="00000000">
            <w:pPr>
              <w:spacing w:after="0" w:line="230" w:lineRule="exact"/>
              <w:jc w:val="center"/>
            </w:pPr>
            <w:r>
              <w:rPr>
                <w:sz w:val="19"/>
                <w:lang w:val="de-DE"/>
              </w:rPr>
              <w:t>D</w:t>
            </w: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0EC00546" w14:textId="77777777" w:rsidR="001B6E5E" w:rsidRDefault="00000000">
            <w:pPr>
              <w:spacing w:after="0" w:line="230" w:lineRule="exact"/>
              <w:jc w:val="center"/>
            </w:pPr>
            <w:r>
              <w:rPr>
                <w:sz w:val="19"/>
                <w:lang w:val="de-DE"/>
              </w:rPr>
              <w:t>E</w:t>
            </w: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77970DF7" w14:textId="77777777" w:rsidR="001B6E5E" w:rsidRDefault="001B6E5E">
            <w:pPr>
              <w:spacing w:after="0" w:line="230" w:lineRule="exact"/>
              <w:jc w:val="center"/>
            </w:pPr>
          </w:p>
        </w:tc>
        <w:tc>
          <w:tcPr>
            <w:tcW w:w="438" w:type="dxa"/>
            <w:tcBorders>
              <w:top w:val="single" w:sz="5" w:space="0" w:color="000000"/>
              <w:left w:val="single" w:sz="5" w:space="0" w:color="000000"/>
              <w:bottom w:val="single" w:sz="5" w:space="0" w:color="000000"/>
              <w:right w:val="single" w:sz="12" w:space="0" w:color="000000"/>
            </w:tcBorders>
            <w:tcMar>
              <w:top w:w="25" w:type="dxa"/>
              <w:left w:w="0" w:type="dxa"/>
              <w:bottom w:w="25" w:type="dxa"/>
              <w:right w:w="0" w:type="dxa"/>
            </w:tcMar>
            <w:vAlign w:val="center"/>
          </w:tcPr>
          <w:p w14:paraId="78FFBE21" w14:textId="77777777" w:rsidR="001B6E5E" w:rsidRDefault="001B6E5E">
            <w:pPr>
              <w:spacing w:after="0" w:line="230" w:lineRule="exact"/>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062DEC81" w14:textId="77777777" w:rsidR="001B6E5E" w:rsidRDefault="001B6E5E">
            <w:pPr>
              <w:spacing w:after="0" w:line="230" w:lineRule="exact"/>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2AD6D5B9" w14:textId="77777777" w:rsidR="001B6E5E" w:rsidRDefault="001B6E5E">
            <w:pPr>
              <w:spacing w:after="0" w:line="230" w:lineRule="exact"/>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0ED1F147" w14:textId="77777777" w:rsidR="001B6E5E" w:rsidRDefault="001B6E5E">
            <w:pPr>
              <w:spacing w:after="0" w:line="230" w:lineRule="exact"/>
              <w:jc w:val="center"/>
            </w:pPr>
          </w:p>
        </w:tc>
        <w:tc>
          <w:tcPr>
            <w:tcW w:w="438" w:type="dxa"/>
            <w:tcBorders>
              <w:top w:val="single" w:sz="5" w:space="0" w:color="000000"/>
              <w:left w:val="single" w:sz="5" w:space="0" w:color="000000"/>
              <w:bottom w:val="single" w:sz="5" w:space="0" w:color="000000"/>
              <w:right w:val="single" w:sz="12" w:space="0" w:color="000000"/>
            </w:tcBorders>
            <w:tcMar>
              <w:top w:w="25" w:type="dxa"/>
              <w:left w:w="0" w:type="dxa"/>
              <w:bottom w:w="25" w:type="dxa"/>
              <w:right w:w="0" w:type="dxa"/>
            </w:tcMar>
            <w:vAlign w:val="center"/>
          </w:tcPr>
          <w:p w14:paraId="2721E6D1" w14:textId="77777777" w:rsidR="001B6E5E" w:rsidRDefault="001B6E5E">
            <w:pPr>
              <w:spacing w:after="0" w:line="230" w:lineRule="exact"/>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5AA0B857" w14:textId="77777777" w:rsidR="001B6E5E" w:rsidRDefault="001B6E5E">
            <w:pPr>
              <w:spacing w:after="0" w:line="230" w:lineRule="exact"/>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62CCC855" w14:textId="77777777" w:rsidR="001B6E5E" w:rsidRDefault="001B6E5E">
            <w:pPr>
              <w:spacing w:after="0" w:line="230" w:lineRule="exact"/>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652E3FD7" w14:textId="77777777" w:rsidR="001B6E5E" w:rsidRDefault="001B6E5E">
            <w:pPr>
              <w:spacing w:after="0" w:line="230" w:lineRule="exact"/>
              <w:jc w:val="center"/>
            </w:pPr>
          </w:p>
        </w:tc>
        <w:tc>
          <w:tcPr>
            <w:tcW w:w="438" w:type="dxa"/>
            <w:tcBorders>
              <w:top w:val="single" w:sz="5" w:space="0" w:color="000000"/>
              <w:left w:val="single" w:sz="5" w:space="0" w:color="000000"/>
              <w:bottom w:val="single" w:sz="5" w:space="0" w:color="000000"/>
              <w:right w:val="single" w:sz="12" w:space="0" w:color="000000"/>
            </w:tcBorders>
            <w:tcMar>
              <w:top w:w="25" w:type="dxa"/>
              <w:left w:w="0" w:type="dxa"/>
              <w:bottom w:w="25" w:type="dxa"/>
              <w:right w:w="0" w:type="dxa"/>
            </w:tcMar>
            <w:vAlign w:val="center"/>
          </w:tcPr>
          <w:p w14:paraId="3A540894" w14:textId="77777777" w:rsidR="001B6E5E" w:rsidRDefault="001B6E5E">
            <w:pPr>
              <w:spacing w:after="0" w:line="230" w:lineRule="exact"/>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44D9D7B4" w14:textId="77777777" w:rsidR="001B6E5E" w:rsidRDefault="001B6E5E">
            <w:pPr>
              <w:spacing w:after="0" w:line="230" w:lineRule="exact"/>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7434E83C" w14:textId="77777777" w:rsidR="001B6E5E" w:rsidRDefault="001B6E5E">
            <w:pPr>
              <w:spacing w:after="0" w:line="230" w:lineRule="exact"/>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2CBE2974" w14:textId="77777777" w:rsidR="001B6E5E" w:rsidRDefault="001B6E5E">
            <w:pPr>
              <w:spacing w:after="0" w:line="230" w:lineRule="exact"/>
              <w:jc w:val="center"/>
            </w:pPr>
          </w:p>
        </w:tc>
        <w:tc>
          <w:tcPr>
            <w:tcW w:w="438" w:type="dxa"/>
            <w:tcBorders>
              <w:top w:val="single" w:sz="5" w:space="0" w:color="000000"/>
              <w:left w:val="single" w:sz="5" w:space="0" w:color="000000"/>
              <w:bottom w:val="single" w:sz="5" w:space="0" w:color="000000"/>
              <w:right w:val="single" w:sz="12" w:space="0" w:color="000000"/>
            </w:tcBorders>
            <w:tcMar>
              <w:top w:w="25" w:type="dxa"/>
              <w:left w:w="0" w:type="dxa"/>
              <w:bottom w:w="25" w:type="dxa"/>
              <w:right w:w="0" w:type="dxa"/>
            </w:tcMar>
            <w:vAlign w:val="center"/>
          </w:tcPr>
          <w:p w14:paraId="164910F3" w14:textId="77777777" w:rsidR="001B6E5E" w:rsidRDefault="001B6E5E">
            <w:pPr>
              <w:spacing w:after="0" w:line="230" w:lineRule="exact"/>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0C1BEA89" w14:textId="77777777" w:rsidR="001B6E5E" w:rsidRDefault="001B6E5E">
            <w:pPr>
              <w:spacing w:after="0" w:line="230" w:lineRule="exact"/>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26013C59" w14:textId="77777777" w:rsidR="001B6E5E" w:rsidRDefault="001B6E5E">
            <w:pPr>
              <w:spacing w:after="0" w:line="230" w:lineRule="exact"/>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1874ED1D" w14:textId="77777777" w:rsidR="001B6E5E" w:rsidRDefault="001B6E5E">
            <w:pPr>
              <w:spacing w:after="0" w:line="230" w:lineRule="exact"/>
              <w:jc w:val="center"/>
            </w:pPr>
          </w:p>
        </w:tc>
        <w:tc>
          <w:tcPr>
            <w:tcW w:w="438" w:type="dxa"/>
            <w:tcBorders>
              <w:top w:val="single" w:sz="5" w:space="0" w:color="000000"/>
              <w:left w:val="single" w:sz="5" w:space="0" w:color="000000"/>
              <w:bottom w:val="single" w:sz="5" w:space="0" w:color="000000"/>
              <w:right w:val="single" w:sz="12" w:space="0" w:color="000000"/>
            </w:tcBorders>
            <w:tcMar>
              <w:top w:w="25" w:type="dxa"/>
              <w:left w:w="0" w:type="dxa"/>
              <w:bottom w:w="25" w:type="dxa"/>
              <w:right w:w="0" w:type="dxa"/>
            </w:tcMar>
            <w:vAlign w:val="center"/>
          </w:tcPr>
          <w:p w14:paraId="58B92FA6" w14:textId="77777777" w:rsidR="001B6E5E" w:rsidRDefault="001B6E5E">
            <w:pPr>
              <w:spacing w:after="0" w:line="230" w:lineRule="exact"/>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5365E366" w14:textId="77777777" w:rsidR="001B6E5E" w:rsidRDefault="001B6E5E">
            <w:pPr>
              <w:spacing w:after="0" w:line="230" w:lineRule="exact"/>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06D18FB5" w14:textId="77777777" w:rsidR="001B6E5E" w:rsidRDefault="001B6E5E">
            <w:pPr>
              <w:spacing w:after="0" w:line="230" w:lineRule="exact"/>
              <w:jc w:val="center"/>
            </w:pPr>
          </w:p>
        </w:tc>
      </w:tr>
    </w:tbl>
    <w:p w14:paraId="2477318C" w14:textId="77777777" w:rsidR="001B6E5E" w:rsidRDefault="00000000">
      <w:pPr>
        <w:spacing w:before="30" w:after="16"/>
      </w:pPr>
      <w:r>
        <w:rPr>
          <w:b/>
          <w:sz w:val="16"/>
          <w:lang w:val="de-DE"/>
        </w:rPr>
        <w:t>BIC  8 oder 11 Stellen</w:t>
      </w:r>
    </w:p>
    <w:tbl>
      <w:tblPr>
        <w:tblW w:w="0" w:type="auto"/>
        <w:tblLayout w:type="fixed"/>
        <w:tblLook w:val="04A0" w:firstRow="1" w:lastRow="0" w:firstColumn="1" w:lastColumn="0" w:noHBand="0" w:noVBand="1"/>
      </w:tblPr>
      <w:tblGrid>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tblGrid>
      <w:tr w:rsidR="001B6E5E" w14:paraId="3F74C95A" w14:textId="77777777">
        <w:trPr>
          <w:trHeight w:val="397"/>
        </w:trPr>
        <w:tc>
          <w:tcPr>
            <w:tcW w:w="438" w:type="dxa"/>
            <w:tcBorders>
              <w:top w:val="single" w:sz="5" w:space="0" w:color="000000"/>
              <w:left w:val="single" w:sz="5" w:space="0" w:color="000000"/>
              <w:bottom w:val="single" w:sz="5" w:space="0" w:color="000000"/>
              <w:right w:val="single" w:sz="5" w:space="0" w:color="000000"/>
            </w:tcBorders>
            <w:tcMar>
              <w:top w:w="30" w:type="dxa"/>
              <w:left w:w="0" w:type="dxa"/>
              <w:bottom w:w="30" w:type="dxa"/>
              <w:right w:w="0" w:type="dxa"/>
            </w:tcMar>
            <w:vAlign w:val="center"/>
          </w:tcPr>
          <w:p w14:paraId="0BB48980" w14:textId="77777777" w:rsidR="001B6E5E" w:rsidRDefault="001B6E5E"/>
        </w:tc>
        <w:tc>
          <w:tcPr>
            <w:tcW w:w="438" w:type="dxa"/>
            <w:tcBorders>
              <w:top w:val="single" w:sz="5" w:space="0" w:color="000000"/>
              <w:left w:val="single" w:sz="5" w:space="0" w:color="000000"/>
              <w:bottom w:val="single" w:sz="5" w:space="0" w:color="000000"/>
              <w:right w:val="single" w:sz="5" w:space="0" w:color="000000"/>
            </w:tcBorders>
            <w:tcMar>
              <w:top w:w="30" w:type="dxa"/>
              <w:left w:w="0" w:type="dxa"/>
              <w:bottom w:w="30" w:type="dxa"/>
              <w:right w:w="0" w:type="dxa"/>
            </w:tcMar>
            <w:vAlign w:val="center"/>
          </w:tcPr>
          <w:p w14:paraId="280BAB79" w14:textId="77777777" w:rsidR="001B6E5E" w:rsidRDefault="001B6E5E"/>
        </w:tc>
        <w:tc>
          <w:tcPr>
            <w:tcW w:w="438" w:type="dxa"/>
            <w:tcBorders>
              <w:top w:val="single" w:sz="5" w:space="0" w:color="000000"/>
              <w:left w:val="single" w:sz="5" w:space="0" w:color="000000"/>
              <w:bottom w:val="single" w:sz="5" w:space="0" w:color="000000"/>
              <w:right w:val="single" w:sz="5" w:space="0" w:color="000000"/>
            </w:tcBorders>
            <w:tcMar>
              <w:top w:w="30" w:type="dxa"/>
              <w:left w:w="0" w:type="dxa"/>
              <w:bottom w:w="30" w:type="dxa"/>
              <w:right w:w="0" w:type="dxa"/>
            </w:tcMar>
            <w:vAlign w:val="center"/>
          </w:tcPr>
          <w:p w14:paraId="62BE0EBB" w14:textId="77777777" w:rsidR="001B6E5E" w:rsidRDefault="001B6E5E"/>
        </w:tc>
        <w:tc>
          <w:tcPr>
            <w:tcW w:w="438" w:type="dxa"/>
            <w:tcBorders>
              <w:top w:val="single" w:sz="5" w:space="0" w:color="000000"/>
              <w:left w:val="single" w:sz="5" w:space="0" w:color="000000"/>
              <w:bottom w:val="single" w:sz="5" w:space="0" w:color="000000"/>
              <w:right w:val="single" w:sz="12" w:space="0" w:color="000000"/>
            </w:tcBorders>
            <w:tcMar>
              <w:top w:w="30" w:type="dxa"/>
              <w:left w:w="0" w:type="dxa"/>
              <w:bottom w:w="30" w:type="dxa"/>
              <w:right w:w="0" w:type="dxa"/>
            </w:tcMar>
            <w:vAlign w:val="center"/>
          </w:tcPr>
          <w:p w14:paraId="30480A9B" w14:textId="77777777" w:rsidR="001B6E5E" w:rsidRDefault="001B6E5E"/>
        </w:tc>
        <w:tc>
          <w:tcPr>
            <w:tcW w:w="438" w:type="dxa"/>
            <w:tcBorders>
              <w:top w:val="single" w:sz="5" w:space="0" w:color="000000"/>
              <w:left w:val="single" w:sz="5" w:space="0" w:color="000000"/>
              <w:bottom w:val="single" w:sz="5" w:space="0" w:color="000000"/>
              <w:right w:val="single" w:sz="5" w:space="0" w:color="000000"/>
            </w:tcBorders>
            <w:tcMar>
              <w:top w:w="30" w:type="dxa"/>
              <w:left w:w="0" w:type="dxa"/>
              <w:bottom w:w="30" w:type="dxa"/>
              <w:right w:w="0" w:type="dxa"/>
            </w:tcMar>
            <w:vAlign w:val="center"/>
          </w:tcPr>
          <w:p w14:paraId="56CB9AA6" w14:textId="77777777" w:rsidR="001B6E5E" w:rsidRDefault="001B6E5E"/>
        </w:tc>
        <w:tc>
          <w:tcPr>
            <w:tcW w:w="438" w:type="dxa"/>
            <w:tcBorders>
              <w:top w:val="single" w:sz="5" w:space="0" w:color="000000"/>
              <w:left w:val="single" w:sz="5" w:space="0" w:color="000000"/>
              <w:bottom w:val="single" w:sz="5" w:space="0" w:color="000000"/>
              <w:right w:val="single" w:sz="5" w:space="0" w:color="000000"/>
            </w:tcBorders>
            <w:tcMar>
              <w:top w:w="30" w:type="dxa"/>
              <w:left w:w="0" w:type="dxa"/>
              <w:bottom w:w="30" w:type="dxa"/>
              <w:right w:w="0" w:type="dxa"/>
            </w:tcMar>
            <w:vAlign w:val="center"/>
          </w:tcPr>
          <w:p w14:paraId="5BF8B0F0" w14:textId="77777777" w:rsidR="001B6E5E" w:rsidRDefault="001B6E5E"/>
        </w:tc>
        <w:tc>
          <w:tcPr>
            <w:tcW w:w="438" w:type="dxa"/>
            <w:tcBorders>
              <w:top w:val="single" w:sz="5" w:space="0" w:color="000000"/>
              <w:left w:val="single" w:sz="5" w:space="0" w:color="000000"/>
              <w:bottom w:val="single" w:sz="5" w:space="0" w:color="000000"/>
              <w:right w:val="single" w:sz="5" w:space="0" w:color="000000"/>
            </w:tcBorders>
            <w:tcMar>
              <w:top w:w="30" w:type="dxa"/>
              <w:left w:w="0" w:type="dxa"/>
              <w:bottom w:w="30" w:type="dxa"/>
              <w:right w:w="0" w:type="dxa"/>
            </w:tcMar>
            <w:vAlign w:val="center"/>
          </w:tcPr>
          <w:p w14:paraId="6EA8D0D5" w14:textId="77777777" w:rsidR="001B6E5E" w:rsidRDefault="001B6E5E"/>
        </w:tc>
        <w:tc>
          <w:tcPr>
            <w:tcW w:w="438" w:type="dxa"/>
            <w:tcBorders>
              <w:top w:val="single" w:sz="5" w:space="0" w:color="000000"/>
              <w:left w:val="single" w:sz="5" w:space="0" w:color="000000"/>
              <w:bottom w:val="single" w:sz="5" w:space="0" w:color="000000"/>
              <w:right w:val="single" w:sz="12" w:space="0" w:color="000000"/>
            </w:tcBorders>
            <w:tcMar>
              <w:top w:w="30" w:type="dxa"/>
              <w:left w:w="0" w:type="dxa"/>
              <w:bottom w:w="30" w:type="dxa"/>
              <w:right w:w="0" w:type="dxa"/>
            </w:tcMar>
            <w:vAlign w:val="center"/>
          </w:tcPr>
          <w:p w14:paraId="5D607FED" w14:textId="77777777" w:rsidR="001B6E5E" w:rsidRDefault="001B6E5E"/>
        </w:tc>
        <w:tc>
          <w:tcPr>
            <w:tcW w:w="438" w:type="dxa"/>
            <w:tcBorders>
              <w:top w:val="single" w:sz="5" w:space="0" w:color="000000"/>
              <w:left w:val="single" w:sz="5" w:space="0" w:color="000000"/>
              <w:bottom w:val="single" w:sz="5" w:space="0" w:color="000000"/>
              <w:right w:val="single" w:sz="5" w:space="0" w:color="000000"/>
            </w:tcBorders>
            <w:tcMar>
              <w:top w:w="30" w:type="dxa"/>
              <w:left w:w="0" w:type="dxa"/>
              <w:bottom w:w="30" w:type="dxa"/>
              <w:right w:w="0" w:type="dxa"/>
            </w:tcMar>
            <w:vAlign w:val="center"/>
          </w:tcPr>
          <w:p w14:paraId="5A188D60" w14:textId="77777777" w:rsidR="001B6E5E" w:rsidRDefault="001B6E5E"/>
        </w:tc>
        <w:tc>
          <w:tcPr>
            <w:tcW w:w="438" w:type="dxa"/>
            <w:tcBorders>
              <w:top w:val="single" w:sz="5" w:space="0" w:color="000000"/>
              <w:left w:val="single" w:sz="5" w:space="0" w:color="000000"/>
              <w:bottom w:val="single" w:sz="5" w:space="0" w:color="000000"/>
              <w:right w:val="single" w:sz="5" w:space="0" w:color="000000"/>
            </w:tcBorders>
            <w:tcMar>
              <w:top w:w="30" w:type="dxa"/>
              <w:left w:w="0" w:type="dxa"/>
              <w:bottom w:w="30" w:type="dxa"/>
              <w:right w:w="0" w:type="dxa"/>
            </w:tcMar>
            <w:vAlign w:val="center"/>
          </w:tcPr>
          <w:p w14:paraId="7AF47363" w14:textId="77777777" w:rsidR="001B6E5E" w:rsidRDefault="001B6E5E"/>
        </w:tc>
        <w:tc>
          <w:tcPr>
            <w:tcW w:w="438" w:type="dxa"/>
            <w:tcBorders>
              <w:top w:val="single" w:sz="5" w:space="0" w:color="000000"/>
              <w:left w:val="single" w:sz="5" w:space="0" w:color="000000"/>
              <w:bottom w:val="single" w:sz="5" w:space="0" w:color="000000"/>
              <w:right w:val="single" w:sz="5" w:space="0" w:color="000000"/>
            </w:tcBorders>
            <w:tcMar>
              <w:top w:w="30" w:type="dxa"/>
              <w:left w:w="0" w:type="dxa"/>
              <w:bottom w:w="30" w:type="dxa"/>
              <w:right w:w="0" w:type="dxa"/>
            </w:tcMar>
            <w:vAlign w:val="center"/>
          </w:tcPr>
          <w:p w14:paraId="0EFBA32A" w14:textId="77777777" w:rsidR="001B6E5E" w:rsidRDefault="001B6E5E"/>
        </w:tc>
        <w:tc>
          <w:tcPr>
            <w:tcW w:w="438" w:type="dxa"/>
            <w:tcMar>
              <w:top w:w="30" w:type="dxa"/>
              <w:left w:w="0" w:type="dxa"/>
              <w:bottom w:w="30" w:type="dxa"/>
              <w:right w:w="0" w:type="dxa"/>
            </w:tcMar>
            <w:vAlign w:val="center"/>
          </w:tcPr>
          <w:p w14:paraId="66AF4205" w14:textId="77777777" w:rsidR="001B6E5E" w:rsidRDefault="001B6E5E"/>
        </w:tc>
        <w:tc>
          <w:tcPr>
            <w:tcW w:w="438" w:type="dxa"/>
            <w:tcMar>
              <w:top w:w="30" w:type="dxa"/>
              <w:left w:w="0" w:type="dxa"/>
              <w:bottom w:w="30" w:type="dxa"/>
              <w:right w:w="0" w:type="dxa"/>
            </w:tcMar>
            <w:vAlign w:val="center"/>
          </w:tcPr>
          <w:p w14:paraId="6C84A9C2" w14:textId="77777777" w:rsidR="001B6E5E" w:rsidRDefault="001B6E5E"/>
        </w:tc>
        <w:tc>
          <w:tcPr>
            <w:tcW w:w="438" w:type="dxa"/>
            <w:tcMar>
              <w:top w:w="30" w:type="dxa"/>
              <w:left w:w="0" w:type="dxa"/>
              <w:bottom w:w="30" w:type="dxa"/>
              <w:right w:w="0" w:type="dxa"/>
            </w:tcMar>
            <w:vAlign w:val="center"/>
          </w:tcPr>
          <w:p w14:paraId="38715F8E" w14:textId="77777777" w:rsidR="001B6E5E" w:rsidRDefault="001B6E5E"/>
        </w:tc>
        <w:tc>
          <w:tcPr>
            <w:tcW w:w="438" w:type="dxa"/>
            <w:tcMar>
              <w:top w:w="30" w:type="dxa"/>
              <w:left w:w="0" w:type="dxa"/>
              <w:bottom w:w="30" w:type="dxa"/>
              <w:right w:w="0" w:type="dxa"/>
            </w:tcMar>
            <w:vAlign w:val="center"/>
          </w:tcPr>
          <w:p w14:paraId="706B8999" w14:textId="77777777" w:rsidR="001B6E5E" w:rsidRDefault="001B6E5E"/>
        </w:tc>
        <w:tc>
          <w:tcPr>
            <w:tcW w:w="438" w:type="dxa"/>
            <w:tcMar>
              <w:top w:w="30" w:type="dxa"/>
              <w:left w:w="0" w:type="dxa"/>
              <w:bottom w:w="30" w:type="dxa"/>
              <w:right w:w="0" w:type="dxa"/>
            </w:tcMar>
            <w:vAlign w:val="center"/>
          </w:tcPr>
          <w:p w14:paraId="688AA991" w14:textId="77777777" w:rsidR="001B6E5E" w:rsidRDefault="001B6E5E"/>
        </w:tc>
        <w:tc>
          <w:tcPr>
            <w:tcW w:w="438" w:type="dxa"/>
            <w:tcMar>
              <w:top w:w="30" w:type="dxa"/>
              <w:left w:w="0" w:type="dxa"/>
              <w:bottom w:w="30" w:type="dxa"/>
              <w:right w:w="0" w:type="dxa"/>
            </w:tcMar>
            <w:vAlign w:val="center"/>
          </w:tcPr>
          <w:p w14:paraId="2A980A9A" w14:textId="77777777" w:rsidR="001B6E5E" w:rsidRDefault="001B6E5E"/>
        </w:tc>
        <w:tc>
          <w:tcPr>
            <w:tcW w:w="438" w:type="dxa"/>
            <w:tcMar>
              <w:top w:w="30" w:type="dxa"/>
              <w:left w:w="0" w:type="dxa"/>
              <w:bottom w:w="30" w:type="dxa"/>
              <w:right w:w="0" w:type="dxa"/>
            </w:tcMar>
            <w:vAlign w:val="center"/>
          </w:tcPr>
          <w:p w14:paraId="25DB7124" w14:textId="77777777" w:rsidR="001B6E5E" w:rsidRDefault="001B6E5E"/>
        </w:tc>
        <w:tc>
          <w:tcPr>
            <w:tcW w:w="438" w:type="dxa"/>
            <w:tcMar>
              <w:top w:w="30" w:type="dxa"/>
              <w:left w:w="0" w:type="dxa"/>
              <w:bottom w:w="30" w:type="dxa"/>
              <w:right w:w="0" w:type="dxa"/>
            </w:tcMar>
            <w:vAlign w:val="center"/>
          </w:tcPr>
          <w:p w14:paraId="6E903895" w14:textId="77777777" w:rsidR="001B6E5E" w:rsidRDefault="001B6E5E"/>
        </w:tc>
        <w:tc>
          <w:tcPr>
            <w:tcW w:w="438" w:type="dxa"/>
            <w:tcMar>
              <w:top w:w="30" w:type="dxa"/>
              <w:left w:w="0" w:type="dxa"/>
              <w:bottom w:w="30" w:type="dxa"/>
              <w:right w:w="0" w:type="dxa"/>
            </w:tcMar>
            <w:vAlign w:val="center"/>
          </w:tcPr>
          <w:p w14:paraId="2DD7A969" w14:textId="77777777" w:rsidR="001B6E5E" w:rsidRDefault="001B6E5E"/>
        </w:tc>
        <w:tc>
          <w:tcPr>
            <w:tcW w:w="438" w:type="dxa"/>
            <w:tcMar>
              <w:top w:w="30" w:type="dxa"/>
              <w:left w:w="0" w:type="dxa"/>
              <w:bottom w:w="30" w:type="dxa"/>
              <w:right w:w="0" w:type="dxa"/>
            </w:tcMar>
            <w:vAlign w:val="center"/>
          </w:tcPr>
          <w:p w14:paraId="458AEF98" w14:textId="77777777" w:rsidR="001B6E5E" w:rsidRDefault="001B6E5E"/>
        </w:tc>
        <w:tc>
          <w:tcPr>
            <w:tcW w:w="438" w:type="dxa"/>
            <w:tcMar>
              <w:top w:w="30" w:type="dxa"/>
              <w:left w:w="0" w:type="dxa"/>
              <w:bottom w:w="30" w:type="dxa"/>
              <w:right w:w="0" w:type="dxa"/>
            </w:tcMar>
            <w:vAlign w:val="center"/>
          </w:tcPr>
          <w:p w14:paraId="7E167ADF" w14:textId="77777777" w:rsidR="001B6E5E" w:rsidRDefault="001B6E5E"/>
        </w:tc>
      </w:tr>
    </w:tbl>
    <w:p w14:paraId="7E5D63C6" w14:textId="77777777" w:rsidR="001B6E5E" w:rsidRDefault="00000000">
      <w:pPr>
        <w:spacing w:before="60" w:line="194" w:lineRule="exact"/>
      </w:pPr>
      <w:r>
        <w:rPr>
          <w:sz w:val="16"/>
          <w:lang w:val="de-DE"/>
        </w:rPr>
        <w:t>Der Beitrag wird jeweils zum 1. November, beginnend mit dem Eintrittsjahr, bis auf Widerruf abgebucht. Eine Kündigung der Mitgliedschaft oder des Lastschriftmandats muss spätestens einen Monat vor der Abbuchung schriftlich erfolgen. Andernfalls verlängert sich die Mitgliedschaft automatisch um zwölf Monate.</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624"/>
        <w:gridCol w:w="3515"/>
        <w:gridCol w:w="1020"/>
        <w:gridCol w:w="4479"/>
      </w:tblGrid>
      <w:tr w:rsidR="001B6E5E" w14:paraId="05110E8D" w14:textId="77777777">
        <w:trPr>
          <w:trHeight w:val="329"/>
        </w:trPr>
        <w:tc>
          <w:tcPr>
            <w:tcW w:w="624" w:type="dxa"/>
            <w:tcMar>
              <w:top w:w="40" w:type="dxa"/>
              <w:left w:w="45" w:type="dxa"/>
              <w:bottom w:w="40" w:type="dxa"/>
              <w:right w:w="45" w:type="dxa"/>
            </w:tcMar>
            <w:vAlign w:val="center"/>
          </w:tcPr>
          <w:p w14:paraId="5FC99A37" w14:textId="77777777" w:rsidR="001B6E5E" w:rsidRDefault="00000000">
            <w:pPr>
              <w:spacing w:after="0" w:line="214" w:lineRule="exact"/>
            </w:pPr>
            <w:r>
              <w:rPr>
                <w:sz w:val="17"/>
                <w:lang w:val="de-DE"/>
              </w:rPr>
              <w:t>Ort</w:t>
            </w:r>
          </w:p>
        </w:tc>
        <w:tc>
          <w:tcPr>
            <w:tcW w:w="3515" w:type="dxa"/>
            <w:tcBorders>
              <w:bottom w:val="single" w:sz="8" w:space="0" w:color="4A4A4A"/>
            </w:tcBorders>
            <w:tcMar>
              <w:top w:w="40" w:type="dxa"/>
              <w:left w:w="45" w:type="dxa"/>
              <w:bottom w:w="40" w:type="dxa"/>
              <w:right w:w="45" w:type="dxa"/>
            </w:tcMar>
            <w:vAlign w:val="center"/>
          </w:tcPr>
          <w:p w14:paraId="542E106A" w14:textId="77777777" w:rsidR="001B6E5E" w:rsidRDefault="001B6E5E">
            <w:pPr>
              <w:spacing w:after="0" w:line="230" w:lineRule="exact"/>
            </w:pPr>
          </w:p>
        </w:tc>
        <w:tc>
          <w:tcPr>
            <w:tcW w:w="1020" w:type="dxa"/>
            <w:tcMar>
              <w:top w:w="40" w:type="dxa"/>
              <w:left w:w="45" w:type="dxa"/>
              <w:bottom w:w="40" w:type="dxa"/>
              <w:right w:w="45" w:type="dxa"/>
            </w:tcMar>
            <w:vAlign w:val="center"/>
          </w:tcPr>
          <w:p w14:paraId="06388396" w14:textId="77777777" w:rsidR="001B6E5E" w:rsidRDefault="00000000">
            <w:pPr>
              <w:spacing w:after="0" w:line="214" w:lineRule="exact"/>
            </w:pPr>
            <w:r>
              <w:rPr>
                <w:sz w:val="17"/>
                <w:lang w:val="de-DE"/>
              </w:rPr>
              <w:t>Datum</w:t>
            </w:r>
          </w:p>
        </w:tc>
        <w:tc>
          <w:tcPr>
            <w:tcW w:w="4479" w:type="dxa"/>
            <w:tcBorders>
              <w:bottom w:val="single" w:sz="8" w:space="0" w:color="4A4A4A"/>
            </w:tcBorders>
            <w:tcMar>
              <w:top w:w="40" w:type="dxa"/>
              <w:left w:w="45" w:type="dxa"/>
              <w:bottom w:w="40" w:type="dxa"/>
              <w:right w:w="45" w:type="dxa"/>
            </w:tcMar>
            <w:vAlign w:val="center"/>
          </w:tcPr>
          <w:p w14:paraId="411CB323" w14:textId="77777777" w:rsidR="001B6E5E" w:rsidRDefault="001B6E5E">
            <w:pPr>
              <w:spacing w:after="0" w:line="230" w:lineRule="exact"/>
            </w:pPr>
          </w:p>
        </w:tc>
      </w:tr>
      <w:tr w:rsidR="001B6E5E" w14:paraId="0D88AB59" w14:textId="77777777">
        <w:trPr>
          <w:trHeight w:val="329"/>
        </w:trPr>
        <w:tc>
          <w:tcPr>
            <w:tcW w:w="4139" w:type="dxa"/>
            <w:gridSpan w:val="2"/>
            <w:tcMar>
              <w:top w:w="40" w:type="dxa"/>
              <w:left w:w="45" w:type="dxa"/>
              <w:bottom w:w="40" w:type="dxa"/>
              <w:right w:w="45" w:type="dxa"/>
            </w:tcMar>
            <w:vAlign w:val="center"/>
          </w:tcPr>
          <w:p w14:paraId="0B1B0382" w14:textId="77777777" w:rsidR="00412B9A" w:rsidRDefault="00412B9A">
            <w:pPr>
              <w:spacing w:after="0" w:line="202" w:lineRule="exact"/>
              <w:rPr>
                <w:sz w:val="16"/>
                <w:lang w:val="de-DE"/>
              </w:rPr>
            </w:pPr>
          </w:p>
          <w:p w14:paraId="579FCB61" w14:textId="77777777" w:rsidR="00412B9A" w:rsidRDefault="00412B9A">
            <w:pPr>
              <w:spacing w:after="0" w:line="202" w:lineRule="exact"/>
              <w:rPr>
                <w:sz w:val="16"/>
                <w:lang w:val="de-DE"/>
              </w:rPr>
            </w:pPr>
          </w:p>
          <w:p w14:paraId="7A67D99D" w14:textId="48CF6699" w:rsidR="001B6E5E" w:rsidRDefault="00000000">
            <w:pPr>
              <w:spacing w:after="0" w:line="202" w:lineRule="exact"/>
            </w:pPr>
            <w:r>
              <w:rPr>
                <w:sz w:val="16"/>
                <w:lang w:val="de-DE"/>
              </w:rPr>
              <w:t>Unterschrift der Kontoinhaberin oder des Kontoinhabers</w:t>
            </w:r>
          </w:p>
        </w:tc>
        <w:tc>
          <w:tcPr>
            <w:tcW w:w="5499" w:type="dxa"/>
            <w:gridSpan w:val="2"/>
            <w:tcBorders>
              <w:bottom w:val="single" w:sz="8" w:space="0" w:color="4A4A4A"/>
            </w:tcBorders>
            <w:tcMar>
              <w:top w:w="40" w:type="dxa"/>
              <w:left w:w="45" w:type="dxa"/>
              <w:bottom w:w="40" w:type="dxa"/>
              <w:right w:w="45" w:type="dxa"/>
            </w:tcMar>
            <w:vAlign w:val="center"/>
          </w:tcPr>
          <w:p w14:paraId="7D14442F" w14:textId="77777777" w:rsidR="001B6E5E" w:rsidRDefault="001B6E5E">
            <w:pPr>
              <w:spacing w:after="0" w:line="230" w:lineRule="exact"/>
            </w:pPr>
          </w:p>
        </w:tc>
      </w:tr>
    </w:tbl>
    <w:p w14:paraId="419C6D52" w14:textId="77777777" w:rsidR="00412B9A" w:rsidRDefault="00412B9A">
      <w:pPr>
        <w:spacing w:before="50" w:after="0" w:line="180" w:lineRule="exact"/>
        <w:rPr>
          <w:sz w:val="15"/>
          <w:lang w:val="de-DE"/>
        </w:rPr>
      </w:pPr>
    </w:p>
    <w:p w14:paraId="4F223AF1" w14:textId="284A333D" w:rsidR="001B6E5E" w:rsidRDefault="00000000">
      <w:pPr>
        <w:spacing w:before="50" w:after="0" w:line="180" w:lineRule="exact"/>
      </w:pPr>
      <w:r>
        <w:rPr>
          <w:sz w:val="15"/>
          <w:lang w:val="de-DE"/>
        </w:rPr>
        <w:t>* Bei Beendigung der Ausbildung oder des Studiums wird der Beitrag automatisch auf „Berufstätige“ geändert. Ich verpflichte mich, den Vorstand der Stadtkapelle Memmingen e. V. zeitnah formlos über den Abschluss meiner Ausbildung oder meines Studiums zu informieren.</w:t>
      </w:r>
    </w:p>
    <w:sectPr w:rsidR="001B6E5E" w:rsidSect="00034616">
      <w:headerReference w:type="default" r:id="rId8"/>
      <w:footerReference w:type="default" r:id="rId9"/>
      <w:headerReference w:type="first" r:id="rId10"/>
      <w:footerReference w:type="first" r:id="rId11"/>
      <w:pgSz w:w="11906" w:h="16838"/>
      <w:pgMar w:top="1814" w:right="1134" w:bottom="1587" w:left="1134" w:header="0" w:footer="65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E7D7E83" w14:textId="77777777" w:rsidR="00333EE9" w:rsidRDefault="00333EE9">
      <w:pPr>
        <w:spacing w:after="0"/>
      </w:pPr>
      <w:r>
        <w:separator/>
      </w:r>
    </w:p>
  </w:endnote>
  <w:endnote w:type="continuationSeparator" w:id="0">
    <w:p w14:paraId="43B0C891" w14:textId="77777777" w:rsidR="00333EE9" w:rsidRDefault="00333EE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0F000B7" w14:textId="77777777" w:rsidR="00323A16" w:rsidRDefault="00000000">
    <w:pPr>
      <w:pStyle w:val="Fuzeile"/>
      <w:spacing w:after="168" w:line="168" w:lineRule="exact"/>
      <w:jc w:val="right"/>
    </w:pPr>
    <w:proofErr w:type="spellStart"/>
    <w:r>
      <w:rPr>
        <w:color w:val="4D4D4D"/>
        <w:sz w:val="14"/>
      </w:rPr>
      <w:t>Seite</w:t>
    </w:r>
    <w:proofErr w:type="spellEnd"/>
    <w:r>
      <w:rPr>
        <w:color w:val="4D4D4D"/>
        <w:sz w:val="14"/>
      </w:rPr>
      <w:t xml:space="preserve"> </w:t>
    </w:r>
    <w:r>
      <w:rPr>
        <w:color w:val="4D4D4D"/>
        <w:sz w:val="14"/>
      </w:rPr>
      <w:fldChar w:fldCharType="begin"/>
    </w:r>
    <w:r>
      <w:rPr>
        <w:color w:val="4D4D4D"/>
        <w:sz w:val="14"/>
      </w:rPr>
      <w:instrText xml:space="preserve"> PAGE </w:instrText>
    </w:r>
    <w:r>
      <w:rPr>
        <w:color w:val="4D4D4D"/>
        <w:sz w:val="14"/>
      </w:rPr>
      <w:fldChar w:fldCharType="separate"/>
    </w:r>
    <w:r>
      <w:rPr>
        <w:color w:val="4D4D4D"/>
        <w:sz w:val="14"/>
      </w:rPr>
      <w:t>2</w:t>
    </w:r>
    <w:r>
      <w:rPr>
        <w:color w:val="4D4D4D"/>
        <w:sz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41FF5D3" w14:textId="77777777" w:rsidR="00323A16" w:rsidRDefault="00000000">
    <w:pPr>
      <w:pStyle w:val="Fuzeile"/>
      <w:spacing w:line="168" w:lineRule="exact"/>
      <w:jc w:val="right"/>
    </w:pPr>
    <w:proofErr w:type="spellStart"/>
    <w:r>
      <w:rPr>
        <w:color w:val="4D4D4D"/>
        <w:sz w:val="14"/>
      </w:rPr>
      <w:t>Vorsitzende</w:t>
    </w:r>
    <w:proofErr w:type="spellEnd"/>
    <w:r>
      <w:rPr>
        <w:color w:val="4D4D4D"/>
        <w:sz w:val="14"/>
      </w:rPr>
      <w:t>: Anna Bruscha, Florian Mohr, Nicolas John</w:t>
    </w:r>
    <w:r>
      <w:rPr>
        <w:color w:val="4D4D4D"/>
        <w:sz w:val="14"/>
      </w:rPr>
      <w:br/>
      <w:t>Sparkasse Memmingen DE04 7315 0000 0430 1142 07 • BIC: BYLADEM1MLM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AD65F83" w14:textId="77777777" w:rsidR="00333EE9" w:rsidRDefault="00333EE9">
      <w:pPr>
        <w:spacing w:after="0"/>
      </w:pPr>
      <w:r>
        <w:separator/>
      </w:r>
    </w:p>
  </w:footnote>
  <w:footnote w:type="continuationSeparator" w:id="0">
    <w:p w14:paraId="211B0290" w14:textId="77777777" w:rsidR="00333EE9" w:rsidRDefault="00333EE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6FBF52C" w14:textId="77777777" w:rsidR="00323A16" w:rsidRDefault="00000000">
    <w:pPr>
      <w:pStyle w:val="Kopfzeile"/>
    </w:pPr>
    <w:r>
      <w:rPr>
        <w:noProof/>
      </w:rPr>
      <w:drawing>
        <wp:anchor distT="0" distB="0" distL="0" distR="0" simplePos="0" relativeHeight="251658240" behindDoc="1" locked="1" layoutInCell="1" allowOverlap="1" wp14:anchorId="5E02BF18" wp14:editId="2A69D3D6">
          <wp:simplePos x="0" y="0"/>
          <wp:positionH relativeFrom="page">
            <wp:posOffset>0</wp:posOffset>
          </wp:positionH>
          <wp:positionV relativeFrom="page">
            <wp:posOffset>0</wp:posOffset>
          </wp:positionV>
          <wp:extent cx="7560000" cy="10692000"/>
          <wp:effectExtent l="0" t="0" r="0" b="0"/>
          <wp:wrapNone/>
          <wp:docPr id="1" name="StaKa Briefpapier 03c ab Seite 2" descr="Reduziertes Briefpapier der Stadtkapelle Memmingen für Folgesei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1.png"/>
                  <pic:cNvPicPr/>
                </pic:nvPicPr>
                <pic:blipFill>
                  <a:blip r:embed="rId1">
                    <a:extLst>
                      <a:ext uri="{96DAC541-7B7A-43D3-8B79-37D633B846F1}">
                        <asvg:svgBlip xmlns:asvg="http://schemas.microsoft.com/office/drawing/2016/SVG/main" r:embed="rId2"/>
                      </a:ext>
                    </a:extLst>
                  </a:blip>
                  <a:stretch>
                    <a:fillRect/>
                  </a:stretch>
                </pic:blipFill>
                <pic:spPr>
                  <a:xfrm>
                    <a:off x="0" y="0"/>
                    <a:ext cx="7560000" cy="106920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3B059DE" w14:textId="77777777" w:rsidR="00323A16" w:rsidRDefault="00000000">
    <w:pPr>
      <w:pStyle w:val="Kopfzeile"/>
    </w:pPr>
    <w:r>
      <w:rPr>
        <w:noProof/>
      </w:rPr>
      <w:drawing>
        <wp:anchor distT="0" distB="0" distL="0" distR="0" simplePos="0" relativeHeight="251659264" behindDoc="1" locked="1" layoutInCell="1" allowOverlap="1" wp14:anchorId="38F08399" wp14:editId="7DF549AA">
          <wp:simplePos x="0" y="0"/>
          <wp:positionH relativeFrom="page">
            <wp:posOffset>0</wp:posOffset>
          </wp:positionH>
          <wp:positionV relativeFrom="page">
            <wp:posOffset>0</wp:posOffset>
          </wp:positionV>
          <wp:extent cx="7560000" cy="10692000"/>
          <wp:effectExtent l="0" t="0" r="0" b="0"/>
          <wp:wrapNone/>
          <wp:docPr id="617178834" name="StaKa Briefpapier 03c Seite 1" descr="Briefpapier der Stadtkapelle Memmingen für die erste Se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1.png"/>
                  <pic:cNvPicPr/>
                </pic:nvPicPr>
                <pic:blipFill>
                  <a:blip r:embed="rId1">
                    <a:extLst>
                      <a:ext uri="{96DAC541-7B7A-43D3-8B79-37D633B846F1}">
                        <asvg:svgBlip xmlns:asvg="http://schemas.microsoft.com/office/drawing/2016/SVG/main" r:embed="rId2"/>
                      </a:ext>
                    </a:extLst>
                  </a:blip>
                  <a:stretch>
                    <a:fillRect/>
                  </a:stretch>
                </pic:blipFill>
                <pic:spPr>
                  <a:xfrm>
                    <a:off x="0" y="0"/>
                    <a:ext cx="7560000" cy="10692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numm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numm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Aufzhlungszeich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Aufzhlungszeich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numm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ufzhlungszeichen"/>
      <w:lvlText w:val=""/>
      <w:lvlJc w:val="left"/>
      <w:pPr>
        <w:tabs>
          <w:tab w:val="num" w:pos="360"/>
        </w:tabs>
        <w:ind w:left="360" w:hanging="360"/>
      </w:pPr>
      <w:rPr>
        <w:rFonts w:ascii="Symbol" w:hAnsi="Symbol" w:hint="default"/>
      </w:rPr>
    </w:lvl>
  </w:abstractNum>
  <w:num w:numId="1" w16cid:durableId="492793701">
    <w:abstractNumId w:val="8"/>
  </w:num>
  <w:num w:numId="2" w16cid:durableId="1105731826">
    <w:abstractNumId w:val="6"/>
  </w:num>
  <w:num w:numId="3" w16cid:durableId="569659933">
    <w:abstractNumId w:val="5"/>
  </w:num>
  <w:num w:numId="4" w16cid:durableId="1410226861">
    <w:abstractNumId w:val="4"/>
  </w:num>
  <w:num w:numId="5" w16cid:durableId="1781949770">
    <w:abstractNumId w:val="7"/>
  </w:num>
  <w:num w:numId="6" w16cid:durableId="1218667468">
    <w:abstractNumId w:val="3"/>
  </w:num>
  <w:num w:numId="7" w16cid:durableId="639920171">
    <w:abstractNumId w:val="2"/>
  </w:num>
  <w:num w:numId="8" w16cid:durableId="1034845497">
    <w:abstractNumId w:val="1"/>
  </w:num>
  <w:num w:numId="9" w16cid:durableId="178946704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E1AE8"/>
    <w:rsid w:val="00147271"/>
    <w:rsid w:val="0015074B"/>
    <w:rsid w:val="001B6E5E"/>
    <w:rsid w:val="00281A12"/>
    <w:rsid w:val="0029639D"/>
    <w:rsid w:val="00323A16"/>
    <w:rsid w:val="00326F90"/>
    <w:rsid w:val="00333EE9"/>
    <w:rsid w:val="00412B9A"/>
    <w:rsid w:val="0062240F"/>
    <w:rsid w:val="0074045E"/>
    <w:rsid w:val="00814D74"/>
    <w:rsid w:val="00A23C41"/>
    <w:rsid w:val="00AA1D8D"/>
    <w:rsid w:val="00B07648"/>
    <w:rsid w:val="00B47730"/>
    <w:rsid w:val="00CB0664"/>
    <w:rsid w:val="00D702AE"/>
    <w:rsid w:val="00F53EB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6139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693F"/>
    <w:pPr>
      <w:spacing w:after="40" w:line="216" w:lineRule="exact"/>
    </w:pPr>
    <w:rPr>
      <w:rFonts w:ascii="Arial" w:eastAsia="Arial" w:hAnsi="Arial" w:cs="Arial"/>
      <w:color w:val="000000"/>
      <w:sz w:val="18"/>
    </w:rPr>
  </w:style>
  <w:style w:type="paragraph" w:styleId="berschrift1">
    <w:name w:val="heading 1"/>
    <w:basedOn w:val="Standard"/>
    <w:next w:val="Standard"/>
    <w:link w:val="berschrift1Zchn"/>
    <w:uiPriority w:val="9"/>
    <w:qFormat/>
    <w:rsid w:val="00FC693F"/>
    <w:pPr>
      <w:spacing w:before="80" w:after="24" w:line="264" w:lineRule="auto"/>
      <w:outlineLvl w:val="0"/>
    </w:pPr>
    <w:rPr>
      <w:rFonts w:asciiTheme="majorHAnsi" w:eastAsiaTheme="majorEastAsia" w:hAnsiTheme="majorHAnsi" w:cstheme="majorBidi"/>
      <w:b/>
      <w:bCs/>
      <w:sz w:val="20"/>
      <w:szCs w:val="28"/>
    </w:rPr>
  </w:style>
  <w:style w:type="paragraph" w:styleId="berschrift2">
    <w:name w:val="heading 2"/>
    <w:basedOn w:val="Standard"/>
    <w:next w:val="Standard"/>
    <w:link w:val="berschrift2Zchn"/>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erschrift9">
    <w:name w:val="heading 9"/>
    <w:basedOn w:val="Standard"/>
    <w:next w:val="Standard"/>
    <w:link w:val="berschrift9Zchn"/>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618BF"/>
    <w:pPr>
      <w:tabs>
        <w:tab w:val="center" w:pos="4680"/>
        <w:tab w:val="right" w:pos="9360"/>
      </w:tabs>
      <w:spacing w:after="0"/>
    </w:pPr>
  </w:style>
  <w:style w:type="character" w:customStyle="1" w:styleId="KopfzeileZchn">
    <w:name w:val="Kopfzeile Zchn"/>
    <w:basedOn w:val="Absatz-Standardschriftart"/>
    <w:link w:val="Kopfzeile"/>
    <w:uiPriority w:val="99"/>
    <w:rsid w:val="00E618BF"/>
  </w:style>
  <w:style w:type="paragraph" w:styleId="Fuzeile">
    <w:name w:val="footer"/>
    <w:basedOn w:val="Standard"/>
    <w:link w:val="FuzeileZchn"/>
    <w:uiPriority w:val="99"/>
    <w:unhideWhenUsed/>
    <w:rsid w:val="00E618BF"/>
    <w:pPr>
      <w:tabs>
        <w:tab w:val="center" w:pos="4680"/>
        <w:tab w:val="right" w:pos="9360"/>
      </w:tabs>
      <w:spacing w:after="0"/>
    </w:pPr>
  </w:style>
  <w:style w:type="character" w:customStyle="1" w:styleId="FuzeileZchn">
    <w:name w:val="Fußzeile Zchn"/>
    <w:basedOn w:val="Absatz-Standardschriftart"/>
    <w:link w:val="Fuzeile"/>
    <w:uiPriority w:val="99"/>
    <w:rsid w:val="00E618BF"/>
  </w:style>
  <w:style w:type="paragraph" w:styleId="KeinLeerraum">
    <w:name w:val="No Spacing"/>
    <w:uiPriority w:val="1"/>
    <w:qFormat/>
    <w:rsid w:val="00FC693F"/>
    <w:pPr>
      <w:spacing w:after="0" w:line="240" w:lineRule="auto"/>
    </w:pPr>
  </w:style>
  <w:style w:type="character" w:customStyle="1" w:styleId="berschrift1Zchn">
    <w:name w:val="Überschrift 1 Zchn"/>
    <w:basedOn w:val="Absatz-Standardschriftart"/>
    <w:link w:val="berschrift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C693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C693F"/>
    <w:rPr>
      <w:rFonts w:asciiTheme="majorHAnsi" w:eastAsiaTheme="majorEastAsia" w:hAnsiTheme="majorHAnsi" w:cstheme="majorBidi"/>
      <w:b/>
      <w:bCs/>
      <w:color w:val="4F81BD" w:themeColor="accent1"/>
    </w:rPr>
  </w:style>
  <w:style w:type="paragraph" w:styleId="Titel">
    <w:name w:val="Title"/>
    <w:basedOn w:val="Standard"/>
    <w:next w:val="Standard"/>
    <w:link w:val="TitelZchn"/>
    <w:uiPriority w:val="10"/>
    <w:qFormat/>
    <w:rsid w:val="00FC693F"/>
    <w:pPr>
      <w:spacing w:after="100" w:line="269" w:lineRule="auto"/>
      <w:contextualSpacing/>
    </w:pPr>
    <w:rPr>
      <w:rFonts w:asciiTheme="majorHAnsi" w:eastAsiaTheme="majorEastAsia" w:hAnsiTheme="majorHAnsi" w:cstheme="majorBidi"/>
      <w:b/>
      <w:spacing w:val="5"/>
      <w:kern w:val="28"/>
      <w:sz w:val="30"/>
      <w:szCs w:val="52"/>
    </w:rPr>
  </w:style>
  <w:style w:type="character" w:customStyle="1" w:styleId="TitelZchn">
    <w:name w:val="Titel Zchn"/>
    <w:basedOn w:val="Absatz-Standardschriftart"/>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Untertitel">
    <w:name w:val="Subtitle"/>
    <w:basedOn w:val="Standard"/>
    <w:next w:val="Standard"/>
    <w:link w:val="UntertitelZchn"/>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FC693F"/>
    <w:rPr>
      <w:rFonts w:asciiTheme="majorHAnsi" w:eastAsiaTheme="majorEastAsia" w:hAnsiTheme="majorHAnsi" w:cstheme="majorBidi"/>
      <w:i/>
      <w:iCs/>
      <w:color w:val="4F81BD" w:themeColor="accent1"/>
      <w:spacing w:val="15"/>
      <w:sz w:val="24"/>
      <w:szCs w:val="24"/>
    </w:rPr>
  </w:style>
  <w:style w:type="paragraph" w:styleId="Listenabsatz">
    <w:name w:val="List Paragraph"/>
    <w:basedOn w:val="Standard"/>
    <w:uiPriority w:val="34"/>
    <w:qFormat/>
    <w:rsid w:val="00FC693F"/>
    <w:pPr>
      <w:ind w:left="720"/>
      <w:contextualSpacing/>
    </w:pPr>
  </w:style>
  <w:style w:type="paragraph" w:styleId="Textkrper">
    <w:name w:val="Body Text"/>
    <w:basedOn w:val="Standard"/>
    <w:link w:val="TextkrperZchn"/>
    <w:uiPriority w:val="99"/>
    <w:unhideWhenUsed/>
    <w:rsid w:val="00AA1D8D"/>
    <w:pPr>
      <w:spacing w:after="120"/>
    </w:pPr>
  </w:style>
  <w:style w:type="character" w:customStyle="1" w:styleId="TextkrperZchn">
    <w:name w:val="Textkörper Zchn"/>
    <w:basedOn w:val="Absatz-Standardschriftart"/>
    <w:link w:val="Textkrper"/>
    <w:uiPriority w:val="99"/>
    <w:rsid w:val="00AA1D8D"/>
  </w:style>
  <w:style w:type="paragraph" w:styleId="Textkrper2">
    <w:name w:val="Body Text 2"/>
    <w:basedOn w:val="Standard"/>
    <w:link w:val="Textkrper2Zchn"/>
    <w:uiPriority w:val="99"/>
    <w:unhideWhenUsed/>
    <w:rsid w:val="00AA1D8D"/>
    <w:pPr>
      <w:spacing w:after="120" w:line="480" w:lineRule="auto"/>
    </w:pPr>
  </w:style>
  <w:style w:type="character" w:customStyle="1" w:styleId="Textkrper2Zchn">
    <w:name w:val="Textkörper 2 Zchn"/>
    <w:basedOn w:val="Absatz-Standardschriftart"/>
    <w:link w:val="Textkrper2"/>
    <w:uiPriority w:val="99"/>
    <w:rsid w:val="00AA1D8D"/>
  </w:style>
  <w:style w:type="paragraph" w:styleId="Textkrper3">
    <w:name w:val="Body Text 3"/>
    <w:basedOn w:val="Standard"/>
    <w:link w:val="Textkrper3Zchn"/>
    <w:uiPriority w:val="99"/>
    <w:unhideWhenUsed/>
    <w:rsid w:val="00AA1D8D"/>
    <w:pPr>
      <w:spacing w:after="120"/>
    </w:pPr>
    <w:rPr>
      <w:sz w:val="16"/>
      <w:szCs w:val="16"/>
    </w:rPr>
  </w:style>
  <w:style w:type="character" w:customStyle="1" w:styleId="Textkrper3Zchn">
    <w:name w:val="Textkörper 3 Zchn"/>
    <w:basedOn w:val="Absatz-Standardschriftart"/>
    <w:link w:val="Textkrper3"/>
    <w:uiPriority w:val="99"/>
    <w:rsid w:val="00AA1D8D"/>
    <w:rPr>
      <w:sz w:val="16"/>
      <w:szCs w:val="16"/>
    </w:rPr>
  </w:style>
  <w:style w:type="paragraph" w:styleId="Liste">
    <w:name w:val="List"/>
    <w:basedOn w:val="Standard"/>
    <w:uiPriority w:val="99"/>
    <w:unhideWhenUsed/>
    <w:rsid w:val="00AA1D8D"/>
    <w:pPr>
      <w:ind w:left="360" w:hanging="360"/>
      <w:contextualSpacing/>
    </w:pPr>
  </w:style>
  <w:style w:type="paragraph" w:styleId="Liste2">
    <w:name w:val="List 2"/>
    <w:basedOn w:val="Standard"/>
    <w:uiPriority w:val="99"/>
    <w:unhideWhenUsed/>
    <w:rsid w:val="00326F90"/>
    <w:pPr>
      <w:ind w:left="720" w:hanging="360"/>
      <w:contextualSpacing/>
    </w:pPr>
  </w:style>
  <w:style w:type="paragraph" w:styleId="Liste3">
    <w:name w:val="List 3"/>
    <w:basedOn w:val="Standard"/>
    <w:uiPriority w:val="99"/>
    <w:unhideWhenUsed/>
    <w:rsid w:val="00326F90"/>
    <w:pPr>
      <w:ind w:left="1080" w:hanging="360"/>
      <w:contextualSpacing/>
    </w:pPr>
  </w:style>
  <w:style w:type="paragraph" w:styleId="Aufzhlungszeichen">
    <w:name w:val="List Bullet"/>
    <w:basedOn w:val="Standard"/>
    <w:uiPriority w:val="99"/>
    <w:unhideWhenUsed/>
    <w:rsid w:val="00326F90"/>
    <w:pPr>
      <w:numPr>
        <w:numId w:val="1"/>
      </w:numPr>
      <w:contextualSpacing/>
    </w:pPr>
  </w:style>
  <w:style w:type="paragraph" w:styleId="Aufzhlungszeichen2">
    <w:name w:val="List Bullet 2"/>
    <w:basedOn w:val="Standard"/>
    <w:uiPriority w:val="99"/>
    <w:unhideWhenUsed/>
    <w:rsid w:val="00326F90"/>
    <w:pPr>
      <w:numPr>
        <w:numId w:val="2"/>
      </w:numPr>
      <w:contextualSpacing/>
    </w:pPr>
  </w:style>
  <w:style w:type="paragraph" w:styleId="Aufzhlungszeichen3">
    <w:name w:val="List Bullet 3"/>
    <w:basedOn w:val="Standard"/>
    <w:uiPriority w:val="99"/>
    <w:unhideWhenUsed/>
    <w:rsid w:val="00326F90"/>
    <w:pPr>
      <w:numPr>
        <w:numId w:val="3"/>
      </w:numPr>
      <w:contextualSpacing/>
    </w:pPr>
  </w:style>
  <w:style w:type="paragraph" w:styleId="Listennummer">
    <w:name w:val="List Number"/>
    <w:basedOn w:val="Standard"/>
    <w:uiPriority w:val="99"/>
    <w:unhideWhenUsed/>
    <w:rsid w:val="00326F90"/>
    <w:pPr>
      <w:numPr>
        <w:numId w:val="5"/>
      </w:numPr>
      <w:contextualSpacing/>
    </w:pPr>
  </w:style>
  <w:style w:type="paragraph" w:styleId="Listennummer2">
    <w:name w:val="List Number 2"/>
    <w:basedOn w:val="Standard"/>
    <w:uiPriority w:val="99"/>
    <w:unhideWhenUsed/>
    <w:rsid w:val="0029639D"/>
    <w:pPr>
      <w:numPr>
        <w:numId w:val="6"/>
      </w:numPr>
      <w:contextualSpacing/>
    </w:pPr>
  </w:style>
  <w:style w:type="paragraph" w:styleId="Listennummer3">
    <w:name w:val="List Number 3"/>
    <w:basedOn w:val="Standard"/>
    <w:uiPriority w:val="99"/>
    <w:unhideWhenUsed/>
    <w:rsid w:val="0029639D"/>
    <w:pPr>
      <w:numPr>
        <w:numId w:val="7"/>
      </w:numPr>
      <w:contextualSpacing/>
    </w:pPr>
  </w:style>
  <w:style w:type="paragraph" w:styleId="Listenfortsetzung">
    <w:name w:val="List Continue"/>
    <w:basedOn w:val="Standard"/>
    <w:uiPriority w:val="99"/>
    <w:unhideWhenUsed/>
    <w:rsid w:val="0029639D"/>
    <w:pPr>
      <w:spacing w:after="120"/>
      <w:ind w:left="360"/>
      <w:contextualSpacing/>
    </w:pPr>
  </w:style>
  <w:style w:type="paragraph" w:styleId="Listenfortsetzung2">
    <w:name w:val="List Continue 2"/>
    <w:basedOn w:val="Standard"/>
    <w:uiPriority w:val="99"/>
    <w:unhideWhenUsed/>
    <w:rsid w:val="0029639D"/>
    <w:pPr>
      <w:spacing w:after="120"/>
      <w:ind w:left="720"/>
      <w:contextualSpacing/>
    </w:pPr>
  </w:style>
  <w:style w:type="paragraph" w:styleId="Listenfortsetzung3">
    <w:name w:val="List Continue 3"/>
    <w:basedOn w:val="Standard"/>
    <w:uiPriority w:val="99"/>
    <w:unhideWhenUsed/>
    <w:rsid w:val="0029639D"/>
    <w:pPr>
      <w:spacing w:after="120"/>
      <w:ind w:left="1080"/>
      <w:contextualSpacing/>
    </w:pPr>
  </w:style>
  <w:style w:type="paragraph" w:styleId="Makrotext">
    <w:name w:val="macro"/>
    <w:link w:val="MakrotextZchn"/>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xtZchn">
    <w:name w:val="Makrotext Zchn"/>
    <w:basedOn w:val="Absatz-Standardschriftart"/>
    <w:link w:val="Makrotext"/>
    <w:uiPriority w:val="99"/>
    <w:rsid w:val="0029639D"/>
    <w:rPr>
      <w:rFonts w:ascii="Courier" w:hAnsi="Courier"/>
      <w:sz w:val="20"/>
      <w:szCs w:val="20"/>
    </w:rPr>
  </w:style>
  <w:style w:type="paragraph" w:styleId="Zitat">
    <w:name w:val="Quote"/>
    <w:basedOn w:val="Standard"/>
    <w:next w:val="Standard"/>
    <w:link w:val="ZitatZchn"/>
    <w:uiPriority w:val="29"/>
    <w:qFormat/>
    <w:rsid w:val="00FC693F"/>
    <w:rPr>
      <w:i/>
      <w:iCs/>
      <w:color w:val="000000" w:themeColor="text1"/>
    </w:rPr>
  </w:style>
  <w:style w:type="character" w:customStyle="1" w:styleId="ZitatZchn">
    <w:name w:val="Zitat Zchn"/>
    <w:basedOn w:val="Absatz-Standardschriftart"/>
    <w:link w:val="Zitat"/>
    <w:uiPriority w:val="29"/>
    <w:rsid w:val="00FC693F"/>
    <w:rPr>
      <w:i/>
      <w:iCs/>
      <w:color w:val="000000" w:themeColor="text1"/>
    </w:rPr>
  </w:style>
  <w:style w:type="character" w:customStyle="1" w:styleId="berschrift4Zchn">
    <w:name w:val="Überschrift 4 Zchn"/>
    <w:basedOn w:val="Absatz-Standardschriftart"/>
    <w:link w:val="berschrift4"/>
    <w:uiPriority w:val="9"/>
    <w:semiHidden/>
    <w:rsid w:val="00FC693F"/>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FC693F"/>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FC693F"/>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FC693F"/>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FC693F"/>
    <w:rPr>
      <w:rFonts w:asciiTheme="majorHAnsi" w:eastAsiaTheme="majorEastAsia" w:hAnsiTheme="majorHAnsi" w:cstheme="majorBidi"/>
      <w:color w:val="4F81BD" w:themeColor="accent1"/>
      <w:sz w:val="20"/>
      <w:szCs w:val="20"/>
    </w:rPr>
  </w:style>
  <w:style w:type="character" w:customStyle="1" w:styleId="berschrift9Zchn">
    <w:name w:val="Überschrift 9 Zchn"/>
    <w:basedOn w:val="Absatz-Standardschriftart"/>
    <w:link w:val="berschrift9"/>
    <w:uiPriority w:val="9"/>
    <w:semiHidden/>
    <w:rsid w:val="00FC693F"/>
    <w:rPr>
      <w:rFonts w:asciiTheme="majorHAnsi" w:eastAsiaTheme="majorEastAsia" w:hAnsiTheme="majorHAnsi" w:cstheme="majorBidi"/>
      <w:i/>
      <w:iCs/>
      <w:color w:val="404040" w:themeColor="text1" w:themeTint="BF"/>
      <w:sz w:val="20"/>
      <w:szCs w:val="20"/>
    </w:rPr>
  </w:style>
  <w:style w:type="paragraph" w:styleId="Beschriftung">
    <w:name w:val="caption"/>
    <w:basedOn w:val="Standard"/>
    <w:next w:val="Standard"/>
    <w:uiPriority w:val="35"/>
    <w:semiHidden/>
    <w:unhideWhenUsed/>
    <w:qFormat/>
    <w:rsid w:val="00FC693F"/>
    <w:rPr>
      <w:b/>
      <w:bCs/>
      <w:color w:val="4F81BD" w:themeColor="accent1"/>
      <w:szCs w:val="18"/>
    </w:rPr>
  </w:style>
  <w:style w:type="character" w:styleId="Fett">
    <w:name w:val="Strong"/>
    <w:basedOn w:val="Absatz-Standardschriftart"/>
    <w:uiPriority w:val="22"/>
    <w:qFormat/>
    <w:rsid w:val="00FC693F"/>
    <w:rPr>
      <w:b/>
      <w:bCs/>
    </w:rPr>
  </w:style>
  <w:style w:type="character" w:styleId="Hervorhebung">
    <w:name w:val="Emphasis"/>
    <w:basedOn w:val="Absatz-Standardschriftart"/>
    <w:uiPriority w:val="20"/>
    <w:qFormat/>
    <w:rsid w:val="00FC693F"/>
    <w:rPr>
      <w:i/>
      <w:iCs/>
    </w:rPr>
  </w:style>
  <w:style w:type="paragraph" w:styleId="IntensivesZitat">
    <w:name w:val="Intense Quote"/>
    <w:basedOn w:val="Standard"/>
    <w:next w:val="Standard"/>
    <w:link w:val="IntensivesZitatZchn"/>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FC693F"/>
    <w:rPr>
      <w:b/>
      <w:bCs/>
      <w:i/>
      <w:iCs/>
      <w:color w:val="4F81BD" w:themeColor="accent1"/>
    </w:rPr>
  </w:style>
  <w:style w:type="character" w:styleId="SchwacheHervorhebung">
    <w:name w:val="Subtle Emphasis"/>
    <w:basedOn w:val="Absatz-Standardschriftart"/>
    <w:uiPriority w:val="19"/>
    <w:qFormat/>
    <w:rsid w:val="00FC693F"/>
    <w:rPr>
      <w:i/>
      <w:iCs/>
      <w:color w:val="808080" w:themeColor="text1" w:themeTint="7F"/>
    </w:rPr>
  </w:style>
  <w:style w:type="character" w:styleId="IntensiveHervorhebung">
    <w:name w:val="Intense Emphasis"/>
    <w:basedOn w:val="Absatz-Standardschriftart"/>
    <w:uiPriority w:val="21"/>
    <w:qFormat/>
    <w:rsid w:val="00FC693F"/>
    <w:rPr>
      <w:b/>
      <w:bCs/>
      <w:i/>
      <w:iCs/>
      <w:color w:val="4F81BD" w:themeColor="accent1"/>
    </w:rPr>
  </w:style>
  <w:style w:type="character" w:styleId="SchwacherVerweis">
    <w:name w:val="Subtle Reference"/>
    <w:basedOn w:val="Absatz-Standardschriftart"/>
    <w:uiPriority w:val="31"/>
    <w:qFormat/>
    <w:rsid w:val="00FC693F"/>
    <w:rPr>
      <w:smallCaps/>
      <w:color w:val="C0504D" w:themeColor="accent2"/>
      <w:u w:val="single"/>
    </w:rPr>
  </w:style>
  <w:style w:type="character" w:styleId="IntensiverVerweis">
    <w:name w:val="Intense Reference"/>
    <w:basedOn w:val="Absatz-Standardschriftart"/>
    <w:uiPriority w:val="32"/>
    <w:qFormat/>
    <w:rsid w:val="00FC693F"/>
    <w:rPr>
      <w:b/>
      <w:bCs/>
      <w:smallCaps/>
      <w:color w:val="C0504D" w:themeColor="accent2"/>
      <w:spacing w:val="5"/>
      <w:u w:val="single"/>
    </w:rPr>
  </w:style>
  <w:style w:type="character" w:styleId="Buchtitel">
    <w:name w:val="Book Title"/>
    <w:basedOn w:val="Absatz-Standardschriftart"/>
    <w:uiPriority w:val="33"/>
    <w:qFormat/>
    <w:rsid w:val="00FC693F"/>
    <w:rPr>
      <w:b/>
      <w:bCs/>
      <w:smallCaps/>
      <w:spacing w:val="5"/>
    </w:rPr>
  </w:style>
  <w:style w:type="paragraph" w:styleId="Inhaltsverzeichnisberschrift">
    <w:name w:val="TOC Heading"/>
    <w:basedOn w:val="berschrift1"/>
    <w:next w:val="Standard"/>
    <w:uiPriority w:val="39"/>
    <w:semiHidden/>
    <w:unhideWhenUsed/>
    <w:qFormat/>
    <w:rsid w:val="00FC693F"/>
    <w:pPr>
      <w:outlineLvl w:val="9"/>
    </w:pPr>
  </w:style>
  <w:style w:type="table" w:styleId="Tabellenraster">
    <w:name w:val="Table Grid"/>
    <w:basedOn w:val="NormaleTabel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chattierung">
    <w:name w:val="Light Shading"/>
    <w:basedOn w:val="NormaleTabel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Liste">
    <w:name w:val="Light List"/>
    <w:basedOn w:val="NormaleTabel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Raster">
    <w:name w:val="Light Grid"/>
    <w:basedOn w:val="NormaleTabel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ittlereSchattierung1">
    <w:name w:val="Medium Shading 1"/>
    <w:basedOn w:val="NormaleTabel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Liste1">
    <w:name w:val="Medium List 1"/>
    <w:basedOn w:val="NormaleTabel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Raster1">
    <w:name w:val="Medium Grid 1"/>
    <w:basedOn w:val="NormaleTabel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unkleListe">
    <w:name w:val="Dark List"/>
    <w:basedOn w:val="NormaleTabel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bigeSchattierung">
    <w:name w:val="Colorful Shading"/>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Liste">
    <w:name w:val="Colorful List"/>
    <w:basedOn w:val="NormaleTabel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Raster">
    <w:name w:val="Colorful Grid"/>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taKaRcksendeangabe">
    <w:name w:val="StaKa Rücksendeangabe"/>
    <w:basedOn w:val="Standard"/>
    <w:qFormat/>
    <w:pPr>
      <w:ind w:right="4819"/>
    </w:pPr>
    <w:rPr>
      <w:sz w:val="14"/>
    </w:rPr>
  </w:style>
  <w:style w:type="paragraph" w:customStyle="1" w:styleId="StaKaAnschrift">
    <w:name w:val="StaKa Anschrift"/>
    <w:basedOn w:val="Standard"/>
    <w:qFormat/>
    <w:pPr>
      <w:spacing w:after="850"/>
      <w:ind w:right="4819"/>
    </w:pPr>
  </w:style>
  <w:style w:type="paragraph" w:customStyle="1" w:styleId="StaKaDatum">
    <w:name w:val="StaKa Datum"/>
    <w:basedOn w:val="Standard"/>
    <w:qFormat/>
    <w:pPr>
      <w:spacing w:after="454"/>
    </w:pPr>
  </w:style>
  <w:style w:type="paragraph" w:customStyle="1" w:styleId="StaKaBetreff">
    <w:name w:val="StaKa Betreff"/>
    <w:basedOn w:val="Standard"/>
    <w:qFormat/>
    <w:pPr>
      <w:keepNext/>
      <w:spacing w:after="360"/>
    </w:pPr>
    <w:rPr>
      <w:b/>
    </w:rPr>
  </w:style>
  <w:style w:type="paragraph" w:customStyle="1" w:styleId="StaKaAnrede">
    <w:name w:val="StaKa Anrede"/>
    <w:basedOn w:val="Standard"/>
    <w:qFormat/>
    <w:pPr>
      <w:keepNext/>
      <w:spacing w:after="240"/>
    </w:pPr>
  </w:style>
  <w:style w:type="paragraph" w:customStyle="1" w:styleId="StaKaBrieftext">
    <w:name w:val="StaKa Brieftext"/>
    <w:basedOn w:val="Standard"/>
    <w:qFormat/>
    <w:pPr>
      <w:spacing w:after="200"/>
    </w:pPr>
  </w:style>
  <w:style w:type="paragraph" w:customStyle="1" w:styleId="StaKaGruformel">
    <w:name w:val="StaKa Grußformel"/>
    <w:basedOn w:val="Standard"/>
    <w:qFormat/>
    <w:pPr>
      <w:keepNext/>
      <w:spacing w:before="40" w:after="680"/>
    </w:pPr>
  </w:style>
  <w:style w:type="paragraph" w:customStyle="1" w:styleId="StaKaUnterschrift">
    <w:name w:val="StaKa Unterschrift"/>
    <w:basedOn w:val="Standard"/>
    <w:qFormat/>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StaKa-MM_Mitgliedsantrag.dotx</Template>
  <TotalTime>0</TotalTime>
  <Pages>1</Pages>
  <Words>242</Words>
  <Characters>1624</Characters>
  <Application>Microsoft Office Word</Application>
  <DocSecurity>0</DocSecurity>
  <Lines>116</Lines>
  <Paragraphs>49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Antrag auf Fördermitgliedschaft und SEPA Lastschriftmandat</vt:lpstr>
      <vt:lpstr/>
    </vt:vector>
  </TitlesOfParts>
  <Manager/>
  <Company/>
  <LinksUpToDate>false</LinksUpToDate>
  <CharactersWithSpaces>1817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Antrag auf Fördermitgliedschaft und SEPA Lastschriftmandat</dc:title>
  <dc:subject>Mitgliedsantrag der Stadtkapelle Memmingen</dc:subject>
  <dc:creator>Stadtkapelle Memmingen e. V.</dc:creator>
  <cp:keywords>Mitgliedschaft, Fördermitgliedschaft, SEPA, Lastschriftmandat</cp:keywords>
  <dc:description>Editierbare Word-Fassung auf Grundlage des Mitgliedsantrags 2026 mit Briefpapier 03c und Folgeseitenhintergrund 03c S2.
Design by ralf baenecke</dc:description>
  <cp:lastModifiedBy>ralf baenecke</cp:lastModifiedBy>
  <cp:revision>2</cp:revision>
  <cp:lastPrinted>2026-09-05T14:50:00Z</cp:lastPrinted>
  <dcterms:created xsi:type="dcterms:W3CDTF">2026-09-05T14:57:00Z</dcterms:created>
  <dcterms:modified xsi:type="dcterms:W3CDTF">2026-09-05T14:57:00Z</dcterms:modified>
  <cp:category/>
</cp:coreProperties>
</file>